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198EE" w14:textId="13BBB93D" w:rsidR="007E091A" w:rsidRPr="007E091A" w:rsidRDefault="007E091A" w:rsidP="007E091A">
      <w:pPr>
        <w:pStyle w:val="Ttulo1"/>
      </w:pPr>
      <w:r w:rsidRPr="007E091A">
        <w:t>17th Congress of the International Society for Eighteenth-century Studies (ISECS)</w:t>
      </w:r>
    </w:p>
    <w:p w14:paraId="3E34C358" w14:textId="77777777" w:rsidR="007E091A" w:rsidRPr="007E091A" w:rsidRDefault="007E091A" w:rsidP="007E091A">
      <w:pPr>
        <w:spacing w:after="0" w:line="240" w:lineRule="auto"/>
        <w:rPr>
          <w:rFonts w:ascii="Times New Roman" w:eastAsia="Times New Roman" w:hAnsi="Times New Roman" w:cs="Times New Roman"/>
          <w:lang w:val="es-ES" w:eastAsia="es-ES_tradnl"/>
        </w:rPr>
      </w:pPr>
    </w:p>
    <w:p w14:paraId="188F200E" w14:textId="0AFC99BE" w:rsidR="007E091A" w:rsidRPr="007E091A" w:rsidRDefault="007E091A" w:rsidP="007E091A">
      <w:pPr>
        <w:jc w:val="center"/>
        <w:rPr>
          <w:b/>
          <w:bCs/>
          <w:lang w:val="es-ES" w:eastAsia="es-ES_tradnl"/>
        </w:rPr>
      </w:pPr>
      <w:r w:rsidRPr="007E091A">
        <w:rPr>
          <w:b/>
          <w:bCs/>
          <w:lang w:val="es-ES" w:eastAsia="es-ES_tradnl"/>
        </w:rPr>
        <w:t>Zaragoza, Spain, 12-16 July 2027</w:t>
      </w:r>
    </w:p>
    <w:p w14:paraId="45CD842A" w14:textId="30BEDC27" w:rsidR="007E091A" w:rsidRPr="007E091A" w:rsidRDefault="007E091A" w:rsidP="007E091A">
      <w:pPr>
        <w:jc w:val="center"/>
        <w:rPr>
          <w:b/>
          <w:bCs/>
          <w:lang w:val="es-ES" w:eastAsia="es-ES_tradnl"/>
        </w:rPr>
      </w:pPr>
      <w:hyperlink r:id="rId8" w:history="1">
        <w:r w:rsidRPr="007E091A">
          <w:rPr>
            <w:rStyle w:val="Hipervnculo"/>
            <w:b/>
            <w:bCs/>
            <w:lang w:val="es-ES" w:eastAsia="es-ES_tradnl"/>
          </w:rPr>
          <w:t>https://www.isecs-zaragoza2027.net/</w:t>
        </w:r>
      </w:hyperlink>
    </w:p>
    <w:p w14:paraId="2D859929" w14:textId="77777777" w:rsidR="00014E3F" w:rsidRDefault="00014E3F" w:rsidP="00014E3F">
      <w:pPr>
        <w:pStyle w:val="Ttulo2"/>
      </w:pPr>
    </w:p>
    <w:p w14:paraId="747DA7B2" w14:textId="27B3886E" w:rsidR="00014E3F" w:rsidRPr="00014E3F" w:rsidRDefault="00907D27" w:rsidP="00014E3F">
      <w:pPr>
        <w:pStyle w:val="Ttulo2"/>
        <w:rPr>
          <w:rFonts w:ascii="Times New Roman" w:eastAsia="Times New Roman" w:hAnsi="Times New Roman"/>
          <w:sz w:val="24"/>
          <w:szCs w:val="24"/>
          <w:lang w:val="es-ES"/>
        </w:rPr>
      </w:pPr>
      <w:r>
        <w:t>BURSARIES – Application form</w:t>
      </w:r>
    </w:p>
    <w:p w14:paraId="5B7BF601" w14:textId="5ED53DDA" w:rsidR="00014E3F" w:rsidRPr="00014E3F" w:rsidRDefault="00907D27" w:rsidP="00907D27">
      <w:pPr>
        <w:rPr>
          <w:b/>
          <w:bCs/>
          <w:i/>
          <w:iCs/>
        </w:rPr>
      </w:pPr>
      <w:r w:rsidRPr="00014E3F">
        <w:rPr>
          <w:b/>
          <w:bCs/>
          <w:i/>
          <w:iCs/>
        </w:rPr>
        <w:t>Deadline</w:t>
      </w:r>
      <w:r w:rsidR="00014E3F">
        <w:rPr>
          <w:b/>
          <w:bCs/>
          <w:i/>
          <w:iCs/>
        </w:rPr>
        <w:t xml:space="preserve"> 3</w:t>
      </w:r>
      <w:r w:rsidRPr="00014E3F">
        <w:rPr>
          <w:b/>
          <w:bCs/>
          <w:i/>
          <w:iCs/>
        </w:rPr>
        <w:t>1 December 2026</w:t>
      </w:r>
    </w:p>
    <w:p w14:paraId="7A392562" w14:textId="3DDFB0C0" w:rsidR="00907D27" w:rsidRDefault="00907D27" w:rsidP="00907D27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 w:rsidRPr="00907D27">
        <w:rPr>
          <w:color w:val="000000"/>
        </w:rPr>
        <w:t xml:space="preserve">Please submit completed application form by the deadline of 31 December 2026 to </w:t>
      </w:r>
      <w:hyperlink r:id="rId9" w:history="1">
        <w:r w:rsidRPr="00907D27">
          <w:rPr>
            <w:rStyle w:val="Hipervnculo"/>
            <w:b/>
            <w:bCs/>
          </w:rPr>
          <w:t>isecsbursaries@isecs-zaragoza2027.net</w:t>
        </w:r>
      </w:hyperlink>
      <w:r w:rsidRPr="00907D27">
        <w:rPr>
          <w:b/>
          <w:bCs/>
          <w:color w:val="000000"/>
          <w:u w:val="single"/>
        </w:rPr>
        <w:t> </w:t>
      </w:r>
      <w:r w:rsidRPr="00907D27">
        <w:rPr>
          <w:b/>
          <w:bCs/>
          <w:color w:val="000000"/>
        </w:rPr>
        <w:t> </w:t>
      </w:r>
      <w:r w:rsidRPr="00907D27">
        <w:rPr>
          <w:color w:val="000000"/>
        </w:rPr>
        <w:t> </w:t>
      </w:r>
    </w:p>
    <w:p w14:paraId="3C46FF32" w14:textId="77777777" w:rsidR="00907D27" w:rsidRPr="00907D27" w:rsidRDefault="00907D27" w:rsidP="00907D27">
      <w:pPr>
        <w:pStyle w:val="NormalWeb"/>
        <w:spacing w:before="0" w:beforeAutospacing="0" w:after="0" w:afterAutospacing="0" w:line="276" w:lineRule="auto"/>
        <w:jc w:val="both"/>
      </w:pPr>
    </w:p>
    <w:p w14:paraId="7D5C0D2B" w14:textId="77777777" w:rsidR="00907D27" w:rsidRPr="00907D27" w:rsidRDefault="00907D27" w:rsidP="00907D27">
      <w:pPr>
        <w:pStyle w:val="NormalWeb"/>
        <w:spacing w:before="0" w:beforeAutospacing="0" w:after="0" w:afterAutospacing="0" w:line="276" w:lineRule="auto"/>
        <w:jc w:val="both"/>
      </w:pPr>
      <w:r w:rsidRPr="00907D27">
        <w:rPr>
          <w:b/>
          <w:bCs/>
          <w:color w:val="000000"/>
        </w:rPr>
        <w:t>IMPORTANT: Please note</w:t>
      </w:r>
    </w:p>
    <w:p w14:paraId="4F723277" w14:textId="77777777" w:rsidR="00907D27" w:rsidRPr="00907D27" w:rsidRDefault="00907D27" w:rsidP="00907D27">
      <w:pPr>
        <w:pStyle w:val="NormalWeb"/>
        <w:spacing w:before="0" w:beforeAutospacing="0" w:after="0" w:afterAutospacing="0" w:line="276" w:lineRule="auto"/>
        <w:jc w:val="both"/>
      </w:pPr>
      <w:r w:rsidRPr="00907D27">
        <w:rPr>
          <w:color w:val="000000"/>
        </w:rPr>
        <w:t>Priority for bursaries will be given to those intending to present papers at the Zaragoza Congress who fall into the categories of: postgraduate students, early career scholars, colleagues facing unusually high travel costs, and those coming from traditionally underrepresented minority groups.</w:t>
      </w:r>
    </w:p>
    <w:p w14:paraId="6B06E535" w14:textId="77777777" w:rsidR="00907D27" w:rsidRPr="00907D27" w:rsidRDefault="00907D27" w:rsidP="00907D27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2"/>
        <w:gridCol w:w="353"/>
        <w:gridCol w:w="352"/>
        <w:gridCol w:w="771"/>
        <w:gridCol w:w="1576"/>
      </w:tblGrid>
      <w:tr w:rsidR="00907D27" w:rsidRPr="00907D27" w14:paraId="0374484C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0444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color w:val="000000"/>
              </w:rPr>
              <w:t xml:space="preserve"> </w:t>
            </w:r>
            <w:r w:rsidRPr="00907D27">
              <w:rPr>
                <w:b/>
                <w:bCs/>
                <w:smallCaps/>
                <w:color w:val="000000"/>
              </w:rPr>
              <w:t>SUBJECT OF PRESENTATION TO CONGRESS</w:t>
            </w:r>
          </w:p>
        </w:tc>
      </w:tr>
      <w:tr w:rsidR="00907D27" w:rsidRPr="00907D27" w14:paraId="6A80C3CD" w14:textId="77777777">
        <w:trPr>
          <w:trHeight w:val="849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649CE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color w:val="000000"/>
              </w:rPr>
              <w:t>Your name and email address (please print clearly!)</w:t>
            </w:r>
          </w:p>
          <w:p w14:paraId="4F4A252B" w14:textId="77777777" w:rsidR="00907D27" w:rsidRPr="00907D27" w:rsidRDefault="00907D27" w:rsidP="00907D27">
            <w:pPr>
              <w:spacing w:after="240"/>
            </w:pPr>
          </w:p>
        </w:tc>
      </w:tr>
      <w:tr w:rsidR="00907D27" w:rsidRPr="00907D27" w14:paraId="1E65CDC7" w14:textId="77777777">
        <w:trPr>
          <w:trHeight w:val="952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47FDD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color w:val="000000"/>
              </w:rPr>
              <w:t>Title of presentation:</w:t>
            </w:r>
          </w:p>
          <w:p w14:paraId="210A2CCF" w14:textId="77777777" w:rsidR="00907D27" w:rsidRPr="00907D27" w:rsidRDefault="00907D27" w:rsidP="00907D27"/>
        </w:tc>
      </w:tr>
      <w:tr w:rsidR="00907D27" w:rsidRPr="00907D27" w14:paraId="464AB314" w14:textId="77777777">
        <w:trPr>
          <w:trHeight w:val="726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41732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color w:val="000000"/>
              </w:rPr>
              <w:t>Name of panel in which presentation appears (if known):</w:t>
            </w:r>
          </w:p>
        </w:tc>
      </w:tr>
      <w:tr w:rsidR="00907D27" w:rsidRPr="00907D27" w14:paraId="2DA83F8D" w14:textId="77777777">
        <w:trPr>
          <w:trHeight w:val="3113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4DEE8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color w:val="000000"/>
              </w:rPr>
              <w:lastRenderedPageBreak/>
              <w:t>Brief summary of presentation (100 words max):</w:t>
            </w:r>
          </w:p>
        </w:tc>
      </w:tr>
      <w:tr w:rsidR="00907D27" w:rsidRPr="00907D27" w14:paraId="1CC42382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AD2D3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smallCaps/>
                <w:color w:val="000000"/>
              </w:rPr>
              <w:t>PERSONAL INFORMATION</w:t>
            </w:r>
            <w:r w:rsidRPr="00907D27">
              <w:rPr>
                <w:b/>
                <w:bCs/>
                <w:i/>
                <w:iCs/>
                <w:smallCaps/>
                <w:color w:val="000000"/>
              </w:rPr>
              <w:t> </w:t>
            </w:r>
          </w:p>
          <w:p w14:paraId="1096B0E3" w14:textId="77777777" w:rsidR="00907D27" w:rsidRPr="00907D27" w:rsidRDefault="00907D27" w:rsidP="00907D27"/>
          <w:p w14:paraId="000CABD7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i/>
                <w:iCs/>
                <w:color w:val="000000"/>
              </w:rPr>
              <w:t>Please note that early career researchers are not expected to have information</w:t>
            </w:r>
          </w:p>
          <w:p w14:paraId="01291380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i/>
                <w:iCs/>
                <w:color w:val="000000"/>
              </w:rPr>
              <w:t>under every heading of this form</w:t>
            </w:r>
          </w:p>
          <w:p w14:paraId="1FDDD86A" w14:textId="77777777" w:rsidR="00907D27" w:rsidRPr="00907D27" w:rsidRDefault="00907D27" w:rsidP="00907D27"/>
        </w:tc>
      </w:tr>
      <w:tr w:rsidR="00907D27" w:rsidRPr="00907D27" w14:paraId="2C50DA4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0117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color w:val="000000"/>
              </w:rPr>
              <w:t>First name(s)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D9CCB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color w:val="000000"/>
              </w:rPr>
              <w:t>Last name(s)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4FA3D" w14:textId="77777777" w:rsidR="00907D27" w:rsidRPr="00907D27" w:rsidRDefault="00907D27" w:rsidP="00907D27"/>
        </w:tc>
      </w:tr>
      <w:tr w:rsidR="00907D27" w:rsidRPr="00907D27" w14:paraId="5E116053" w14:textId="77777777">
        <w:trPr>
          <w:trHeight w:val="5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22FF5" w14:textId="77777777" w:rsidR="00907D27" w:rsidRPr="00907D27" w:rsidRDefault="00907D27" w:rsidP="00907D27">
            <w:pPr>
              <w:spacing w:after="240"/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687E4" w14:textId="77777777" w:rsidR="00907D27" w:rsidRPr="00907D27" w:rsidRDefault="00907D27" w:rsidP="00907D27">
            <w:pPr>
              <w:spacing w:after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83762" w14:textId="77777777" w:rsidR="00907D27" w:rsidRPr="00907D27" w:rsidRDefault="00907D27" w:rsidP="00907D27"/>
        </w:tc>
      </w:tr>
      <w:tr w:rsidR="00907D27" w:rsidRPr="00907D27" w14:paraId="1B711814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9330E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</w:pPr>
            <w:r w:rsidRPr="00907D27">
              <w:rPr>
                <w:b/>
                <w:bCs/>
                <w:color w:val="000000"/>
              </w:rPr>
              <w:t>Nationality</w:t>
            </w:r>
          </w:p>
          <w:p w14:paraId="0518974D" w14:textId="77777777" w:rsidR="00907D27" w:rsidRPr="00907D27" w:rsidRDefault="00907D27" w:rsidP="00907D27"/>
        </w:tc>
      </w:tr>
      <w:tr w:rsidR="00907D27" w:rsidRPr="00907D27" w14:paraId="361A94B7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56618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</w:pPr>
            <w:r w:rsidRPr="00907D27">
              <w:rPr>
                <w:b/>
                <w:bCs/>
                <w:color w:val="000000"/>
              </w:rPr>
              <w:t>Please indicate current academic and/or professional situation, and identify name of department and institution</w:t>
            </w:r>
          </w:p>
        </w:tc>
      </w:tr>
      <w:tr w:rsidR="00907D27" w:rsidRPr="00907D27" w14:paraId="7E3D19A6" w14:textId="77777777">
        <w:trPr>
          <w:trHeight w:val="1798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7FCD5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>Doctoral student □   Postdoctoral researcher □    Lecturer □      </w:t>
            </w:r>
          </w:p>
          <w:p w14:paraId="773B54BD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> Assistant Professor □ Professor □ Other, including freelance (please specify): </w:t>
            </w:r>
          </w:p>
          <w:p w14:paraId="3A2EBCF0" w14:textId="77777777" w:rsidR="00907D27" w:rsidRPr="00907D27" w:rsidRDefault="00907D27" w:rsidP="00907D27"/>
          <w:p w14:paraId="2E131AC8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>Department and institution: </w:t>
            </w:r>
          </w:p>
          <w:p w14:paraId="2DF72B19" w14:textId="77777777" w:rsidR="00907D27" w:rsidRPr="00907D27" w:rsidRDefault="00907D27" w:rsidP="00907D27">
            <w:pPr>
              <w:spacing w:after="240"/>
            </w:pPr>
          </w:p>
        </w:tc>
      </w:tr>
      <w:tr w:rsidR="00907D27" w:rsidRPr="00907D27" w14:paraId="74239557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DDEA8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>Degrees (starting with most recent, including discipline and awarding institution):</w:t>
            </w:r>
          </w:p>
        </w:tc>
      </w:tr>
      <w:tr w:rsidR="00907D27" w:rsidRPr="00907D27" w14:paraId="6F7B094B" w14:textId="77777777">
        <w:trPr>
          <w:trHeight w:val="864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5214B" w14:textId="77777777" w:rsidR="00907D27" w:rsidRPr="00907D27" w:rsidRDefault="00907D27" w:rsidP="00907D27">
            <w:pPr>
              <w:spacing w:after="240"/>
            </w:pPr>
            <w:r w:rsidRPr="00907D27">
              <w:br/>
            </w:r>
            <w:r w:rsidRPr="00907D27">
              <w:br/>
            </w:r>
          </w:p>
        </w:tc>
      </w:tr>
      <w:tr w:rsidR="00907D27" w:rsidRPr="00907D27" w14:paraId="1E19FFE5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07449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>Up to three publication(s) relevant to your presentation, if any (starting with most recent):</w:t>
            </w:r>
          </w:p>
        </w:tc>
      </w:tr>
      <w:tr w:rsidR="00907D27" w:rsidRPr="00907D27" w14:paraId="0C2B6987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AB2D4" w14:textId="77777777" w:rsidR="00907D27" w:rsidRPr="00907D27" w:rsidRDefault="00907D27" w:rsidP="00907D27">
            <w:pPr>
              <w:spacing w:after="240"/>
            </w:pPr>
            <w:r w:rsidRPr="00907D27">
              <w:br/>
            </w:r>
            <w:r w:rsidRPr="00907D27">
              <w:lastRenderedPageBreak/>
              <w:br/>
            </w:r>
            <w:r w:rsidRPr="00907D27">
              <w:br/>
            </w:r>
            <w:r w:rsidRPr="00907D27">
              <w:br/>
            </w:r>
          </w:p>
        </w:tc>
      </w:tr>
      <w:tr w:rsidR="00907D27" w:rsidRPr="00907D27" w14:paraId="526A585C" w14:textId="77777777">
        <w:trPr>
          <w:trHeight w:val="679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C12D7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lastRenderedPageBreak/>
              <w:t>Other personal information, including minority group identity (please use your judgment as to what is relevant here):</w:t>
            </w:r>
          </w:p>
          <w:p w14:paraId="4AEBC827" w14:textId="77777777" w:rsidR="00907D27" w:rsidRPr="00907D27" w:rsidRDefault="00907D27" w:rsidP="00907D27">
            <w:pPr>
              <w:spacing w:after="240"/>
            </w:pPr>
            <w:r w:rsidRPr="00907D27">
              <w:br/>
            </w:r>
            <w:r w:rsidRPr="00907D27">
              <w:br/>
            </w:r>
          </w:p>
        </w:tc>
      </w:tr>
      <w:tr w:rsidR="00907D27" w:rsidRPr="00907D27" w14:paraId="6898EF0A" w14:textId="77777777">
        <w:trPr>
          <w:trHeight w:val="679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C933E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color w:val="000000"/>
              </w:rPr>
              <w:t xml:space="preserve"> </w:t>
            </w:r>
            <w:r w:rsidRPr="00907D27">
              <w:rPr>
                <w:b/>
                <w:bCs/>
                <w:smallCaps/>
                <w:color w:val="000000"/>
              </w:rPr>
              <w:t>ESTIMATED FINANCIAL NEEDS</w:t>
            </w:r>
          </w:p>
          <w:p w14:paraId="473998D9" w14:textId="77777777" w:rsidR="00907D27" w:rsidRPr="00907D27" w:rsidRDefault="00907D27" w:rsidP="00907D27"/>
          <w:p w14:paraId="07A9A92F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color w:val="000000"/>
              </w:rPr>
              <w:t xml:space="preserve">Please translate local currencies into Euros, using a currency converter such as </w:t>
            </w:r>
            <w:hyperlink r:id="rId10" w:history="1">
              <w:r w:rsidRPr="00907D27">
                <w:rPr>
                  <w:rStyle w:val="Hipervnculo"/>
                  <w:b/>
                  <w:bCs/>
                  <w:color w:val="000000"/>
                </w:rPr>
                <w:t>https://www.xe.com/currencyconverter/</w:t>
              </w:r>
            </w:hyperlink>
          </w:p>
          <w:p w14:paraId="12CC1637" w14:textId="77777777" w:rsidR="00907D27" w:rsidRPr="00907D27" w:rsidRDefault="00907D27" w:rsidP="00907D27"/>
          <w:p w14:paraId="3A7D00EA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color w:val="000000"/>
              </w:rPr>
              <w:t>Please note also that it is not necessary to claim under every heading and that bursaries may be awarded for either the whole or part of the sum requested</w:t>
            </w:r>
          </w:p>
        </w:tc>
      </w:tr>
      <w:tr w:rsidR="00907D27" w:rsidRPr="00907D27" w14:paraId="4E2FE531" w14:textId="77777777">
        <w:trPr>
          <w:trHeight w:val="599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75143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>Place of origin for journey to Zaragoza: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55021" w14:textId="77777777" w:rsidR="00907D27" w:rsidRPr="00907D27" w:rsidRDefault="00907D27" w:rsidP="00907D27"/>
        </w:tc>
      </w:tr>
      <w:tr w:rsidR="00907D27" w:rsidRPr="00907D27" w14:paraId="0E415EAA" w14:textId="77777777"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87586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i/>
                <w:iCs/>
                <w:color w:val="000000"/>
              </w:rPr>
              <w:t>BUDGET DETAILS Estimated cost of transportation</w:t>
            </w:r>
          </w:p>
        </w:tc>
      </w:tr>
      <w:tr w:rsidR="00907D27" w:rsidRPr="00907D27" w14:paraId="7D20D392" w14:textId="7777777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95015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>A Plane / Flight from airport of origin to Zaragoza (return)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23BE7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 xml:space="preserve">                   (Euros) </w:t>
            </w:r>
          </w:p>
        </w:tc>
      </w:tr>
      <w:tr w:rsidR="00907D27" w:rsidRPr="00907D27" w14:paraId="79AF198D" w14:textId="7777777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19341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>B Rail / Transport from station of origin to Zaragoza (return)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B1130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 xml:space="preserve">                   (Euros) </w:t>
            </w:r>
          </w:p>
        </w:tc>
      </w:tr>
      <w:tr w:rsidR="00907D27" w:rsidRPr="00907D27" w14:paraId="08DD59DB" w14:textId="77777777">
        <w:trPr>
          <w:trHeight w:val="493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4427D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>C. Other essential transportation costs (please specify)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79074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 xml:space="preserve">                   (Euros) </w:t>
            </w:r>
          </w:p>
        </w:tc>
      </w:tr>
      <w:tr w:rsidR="00907D27" w:rsidRPr="00907D27" w14:paraId="1F78030D" w14:textId="7777777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CE461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color w:val="000000"/>
              </w:rPr>
              <w:t>Total costs of transportation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2197A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 xml:space="preserve">                   (Euros) </w:t>
            </w:r>
          </w:p>
        </w:tc>
      </w:tr>
      <w:tr w:rsidR="00907D27" w:rsidRPr="00907D27" w14:paraId="1E74D801" w14:textId="77777777">
        <w:trPr>
          <w:trHeight w:val="1188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9BB83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color w:val="000000"/>
              </w:rPr>
              <w:t>Registration fee for Rome Congress:</w:t>
            </w:r>
          </w:p>
          <w:p w14:paraId="283B721C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>Until 31 March 2023 = € 325,00; after 31 March 2023 - € 375,00</w:t>
            </w:r>
          </w:p>
          <w:p w14:paraId="0B95726B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>Student, retired and unwaged = € 200,00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328F7" w14:textId="77777777" w:rsidR="00907D27" w:rsidRPr="00907D27" w:rsidRDefault="00907D27" w:rsidP="00907D27"/>
          <w:p w14:paraId="3457917A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>                   (Euros)</w:t>
            </w:r>
          </w:p>
        </w:tc>
      </w:tr>
      <w:tr w:rsidR="00907D27" w:rsidRPr="00907D27" w14:paraId="60454753" w14:textId="77777777">
        <w:trPr>
          <w:trHeight w:val="56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F5A4F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b/>
                <w:bCs/>
                <w:color w:val="000000"/>
              </w:rPr>
              <w:t>TOTAL SUM REQUESTED: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8482A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 xml:space="preserve">                   (Euros)</w:t>
            </w:r>
          </w:p>
        </w:tc>
      </w:tr>
      <w:tr w:rsidR="00907D27" w:rsidRPr="00907D27" w14:paraId="242C87C6" w14:textId="77777777">
        <w:trPr>
          <w:trHeight w:val="1046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E33B6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>Any other unavoidable costs for which help is sought : (please specify)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2B0EB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>     </w:t>
            </w:r>
          </w:p>
          <w:p w14:paraId="156A257A" w14:textId="77777777" w:rsidR="00907D27" w:rsidRPr="00907D27" w:rsidRDefault="00907D27" w:rsidP="00907D27">
            <w:pPr>
              <w:pStyle w:val="NormalWeb"/>
              <w:spacing w:before="0" w:beforeAutospacing="0" w:after="0" w:afterAutospacing="0" w:line="276" w:lineRule="auto"/>
              <w:jc w:val="both"/>
            </w:pPr>
            <w:r w:rsidRPr="00907D27">
              <w:rPr>
                <w:color w:val="000000"/>
              </w:rPr>
              <w:t>                   (Euros) </w:t>
            </w:r>
          </w:p>
        </w:tc>
      </w:tr>
    </w:tbl>
    <w:p w14:paraId="75DE22E5" w14:textId="77777777" w:rsidR="00907D27" w:rsidRDefault="00907D27" w:rsidP="00907D27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14:paraId="44417DAF" w14:textId="2297A993" w:rsidR="00907D27" w:rsidRPr="00907D27" w:rsidRDefault="00907D27" w:rsidP="00907D27">
      <w:pPr>
        <w:pStyle w:val="Ttulo2"/>
      </w:pPr>
      <w:r w:rsidRPr="00907D27">
        <w:lastRenderedPageBreak/>
        <w:t>Letter of recommendation</w:t>
      </w:r>
    </w:p>
    <w:p w14:paraId="3D60267D" w14:textId="77777777" w:rsidR="00907D27" w:rsidRDefault="00907D27" w:rsidP="00907D27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</w:p>
    <w:p w14:paraId="7A0E1214" w14:textId="5C30209E" w:rsidR="00907D27" w:rsidRDefault="00907D27" w:rsidP="00907D27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 w:rsidRPr="00907D27">
        <w:rPr>
          <w:color w:val="000000"/>
        </w:rPr>
        <w:t xml:space="preserve">Your application </w:t>
      </w:r>
      <w:r w:rsidRPr="00907D27">
        <w:rPr>
          <w:i/>
          <w:iCs/>
          <w:color w:val="000000"/>
        </w:rPr>
        <w:t xml:space="preserve">must </w:t>
      </w:r>
      <w:r w:rsidRPr="00907D27">
        <w:rPr>
          <w:color w:val="000000"/>
        </w:rPr>
        <w:t xml:space="preserve">be accompanied by a letter of recommendation. This letter is to be no longer than one side of A4 (preferably in 12-point </w:t>
      </w:r>
      <w:r w:rsidRPr="00907D27">
        <w:rPr>
          <w:i/>
          <w:iCs/>
          <w:color w:val="000000"/>
        </w:rPr>
        <w:t>Times New Roman</w:t>
      </w:r>
      <w:r w:rsidRPr="00907D27">
        <w:rPr>
          <w:color w:val="000000"/>
        </w:rPr>
        <w:t>, with 1.5 line spacing) and must be written by a senior scholar who is well acquainted with your research and publications</w:t>
      </w:r>
    </w:p>
    <w:p w14:paraId="7AD1C2EE" w14:textId="77777777" w:rsidR="00907D27" w:rsidRPr="00907D27" w:rsidRDefault="00907D27" w:rsidP="00907D27">
      <w:pPr>
        <w:pStyle w:val="NormalWeb"/>
        <w:spacing w:before="0" w:beforeAutospacing="0" w:after="0" w:afterAutospacing="0" w:line="276" w:lineRule="auto"/>
        <w:jc w:val="both"/>
      </w:pPr>
    </w:p>
    <w:p w14:paraId="08D89430" w14:textId="77777777" w:rsidR="00907D27" w:rsidRPr="00907D27" w:rsidRDefault="00907D27" w:rsidP="00907D27">
      <w:pPr>
        <w:pStyle w:val="NormalWeb"/>
        <w:spacing w:before="0" w:beforeAutospacing="0" w:after="0" w:afterAutospacing="0" w:line="276" w:lineRule="auto"/>
        <w:jc w:val="both"/>
      </w:pPr>
      <w:r w:rsidRPr="00907D27">
        <w:rPr>
          <w:color w:val="000000"/>
        </w:rPr>
        <w:t>The letter must cover the following points:</w:t>
      </w:r>
    </w:p>
    <w:p w14:paraId="77B99FC5" w14:textId="77777777" w:rsidR="00907D27" w:rsidRPr="00907D27" w:rsidRDefault="00907D27" w:rsidP="00907D27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  <w:r w:rsidRPr="00907D27">
        <w:rPr>
          <w:color w:val="000000"/>
        </w:rPr>
        <w:t>knowledge of the applicant</w:t>
      </w:r>
    </w:p>
    <w:p w14:paraId="27333A76" w14:textId="77777777" w:rsidR="00907D27" w:rsidRPr="00907D27" w:rsidRDefault="00907D27" w:rsidP="00907D27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  <w:r w:rsidRPr="00907D27">
        <w:rPr>
          <w:color w:val="000000"/>
        </w:rPr>
        <w:t>originality and quality of applicant’s work</w:t>
      </w:r>
    </w:p>
    <w:p w14:paraId="735677F0" w14:textId="77777777" w:rsidR="00907D27" w:rsidRPr="00907D27" w:rsidRDefault="00907D27" w:rsidP="00907D27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  <w:r w:rsidRPr="00907D27">
        <w:rPr>
          <w:color w:val="000000"/>
        </w:rPr>
        <w:t>importance of presentation to applicant’s academic and career path</w:t>
      </w:r>
    </w:p>
    <w:p w14:paraId="57441F6F" w14:textId="77777777" w:rsidR="00907D27" w:rsidRPr="00907D27" w:rsidRDefault="00907D27" w:rsidP="00907D27">
      <w:pPr>
        <w:pStyle w:val="NormalWeb"/>
        <w:numPr>
          <w:ilvl w:val="0"/>
          <w:numId w:val="10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  <w:r w:rsidRPr="00907D27">
        <w:rPr>
          <w:color w:val="000000"/>
        </w:rPr>
        <w:t>applicant’s mastery of the language in which he/she wishes to make presentation</w:t>
      </w:r>
    </w:p>
    <w:p w14:paraId="6B76B8B8" w14:textId="77777777" w:rsidR="00907D27" w:rsidRPr="00907D27" w:rsidRDefault="00907D27" w:rsidP="00907D27">
      <w:pPr>
        <w:rPr>
          <w:rFonts w:ascii="Times New Roman" w:hAnsi="Times New Roman" w:cs="Times New Roman"/>
        </w:rPr>
      </w:pPr>
    </w:p>
    <w:p w14:paraId="44994B0D" w14:textId="77777777" w:rsidR="00907D27" w:rsidRPr="00907D27" w:rsidRDefault="00907D27" w:rsidP="00907D27">
      <w:pPr>
        <w:pStyle w:val="NormalWeb"/>
        <w:spacing w:before="0" w:beforeAutospacing="0" w:after="0" w:afterAutospacing="0" w:line="276" w:lineRule="auto"/>
        <w:jc w:val="both"/>
      </w:pPr>
      <w:r w:rsidRPr="00907D27">
        <w:rPr>
          <w:color w:val="000000"/>
        </w:rPr>
        <w:t>It must also include the following information:</w:t>
      </w:r>
    </w:p>
    <w:p w14:paraId="47E11441" w14:textId="77777777" w:rsidR="00907D27" w:rsidRPr="00907D27" w:rsidRDefault="00907D27" w:rsidP="00907D27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  <w:r w:rsidRPr="00907D27">
        <w:rPr>
          <w:color w:val="000000"/>
        </w:rPr>
        <w:t>the name of the candidate, clearly shown at the head of the page</w:t>
      </w:r>
    </w:p>
    <w:p w14:paraId="20D2D5FC" w14:textId="77777777" w:rsidR="00907D27" w:rsidRPr="00907D27" w:rsidRDefault="00907D27" w:rsidP="00907D27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  <w:r w:rsidRPr="00907D27">
        <w:rPr>
          <w:color w:val="000000"/>
        </w:rPr>
        <w:t>place and date of sending</w:t>
      </w:r>
    </w:p>
    <w:p w14:paraId="5367EC41" w14:textId="77777777" w:rsidR="00907D27" w:rsidRPr="00907D27" w:rsidRDefault="00907D27" w:rsidP="00907D27">
      <w:pPr>
        <w:pStyle w:val="NormalWeb"/>
        <w:numPr>
          <w:ilvl w:val="0"/>
          <w:numId w:val="11"/>
        </w:numPr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  <w:r w:rsidRPr="00907D27">
        <w:rPr>
          <w:color w:val="000000"/>
        </w:rPr>
        <w:t>about the referee :</w:t>
      </w:r>
    </w:p>
    <w:p w14:paraId="54DF4CEF" w14:textId="77777777" w:rsidR="00907D27" w:rsidRPr="00907D27" w:rsidRDefault="00907D27" w:rsidP="00907D27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ind w:left="1440"/>
        <w:jc w:val="both"/>
        <w:textAlignment w:val="baseline"/>
        <w:rPr>
          <w:rFonts w:ascii="Arial" w:hAnsi="Arial" w:cs="Arial"/>
          <w:color w:val="000000"/>
        </w:rPr>
      </w:pPr>
      <w:r w:rsidRPr="00907D27">
        <w:rPr>
          <w:color w:val="000000"/>
        </w:rPr>
        <w:t>full first and last name(s) and title(s)</w:t>
      </w:r>
    </w:p>
    <w:p w14:paraId="15974611" w14:textId="77777777" w:rsidR="00907D27" w:rsidRPr="00907D27" w:rsidRDefault="00907D27" w:rsidP="00907D27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ind w:left="1440"/>
        <w:jc w:val="both"/>
        <w:textAlignment w:val="baseline"/>
        <w:rPr>
          <w:rFonts w:ascii="Arial" w:hAnsi="Arial" w:cs="Arial"/>
          <w:color w:val="000000"/>
        </w:rPr>
      </w:pPr>
      <w:r w:rsidRPr="00907D27">
        <w:rPr>
          <w:color w:val="000000"/>
        </w:rPr>
        <w:t>current position(s), including department and institution.</w:t>
      </w:r>
    </w:p>
    <w:p w14:paraId="6767BA76" w14:textId="77777777" w:rsidR="00907D27" w:rsidRPr="00907D27" w:rsidRDefault="00907D27" w:rsidP="00907D27">
      <w:pPr>
        <w:rPr>
          <w:rFonts w:ascii="Times New Roman" w:hAnsi="Times New Roman" w:cs="Times New Roman"/>
        </w:rPr>
      </w:pPr>
    </w:p>
    <w:p w14:paraId="11693B3A" w14:textId="77777777" w:rsidR="00907D27" w:rsidRPr="00907D27" w:rsidRDefault="00907D27" w:rsidP="00907D27">
      <w:pPr>
        <w:pStyle w:val="NormalWeb"/>
        <w:spacing w:before="0" w:beforeAutospacing="0" w:after="0" w:afterAutospacing="0" w:line="276" w:lineRule="auto"/>
        <w:jc w:val="both"/>
      </w:pPr>
      <w:r w:rsidRPr="00907D27">
        <w:rPr>
          <w:color w:val="000000"/>
        </w:rPr>
        <w:t xml:space="preserve">The letter of recommendation should be submitted by the referee DIRECTLY to the selection committee, </w:t>
      </w:r>
      <w:r w:rsidRPr="00907D27">
        <w:rPr>
          <w:color w:val="000000"/>
          <w:u w:val="single"/>
        </w:rPr>
        <w:t>with a clear mention of the name of the applicant</w:t>
      </w:r>
      <w:r w:rsidRPr="00907D27">
        <w:rPr>
          <w:color w:val="000000"/>
        </w:rPr>
        <w:t xml:space="preserve">, before the deadline of 6 December 2026. Emails should be sent to </w:t>
      </w:r>
      <w:hyperlink r:id="rId11" w:history="1">
        <w:r w:rsidRPr="00907D27">
          <w:rPr>
            <w:rStyle w:val="Hipervnculo"/>
            <w:b/>
            <w:bCs/>
          </w:rPr>
          <w:t>isecsbursaries@isecs-zaragoza2027.net</w:t>
        </w:r>
      </w:hyperlink>
      <w:r w:rsidRPr="00907D27">
        <w:rPr>
          <w:b/>
          <w:bCs/>
          <w:color w:val="000000"/>
          <w:u w:val="single"/>
        </w:rPr>
        <w:t> </w:t>
      </w:r>
      <w:r w:rsidRPr="00907D27">
        <w:rPr>
          <w:b/>
          <w:bCs/>
          <w:color w:val="000000"/>
        </w:rPr>
        <w:t> </w:t>
      </w:r>
      <w:r w:rsidRPr="00907D27">
        <w:rPr>
          <w:color w:val="000000"/>
        </w:rPr>
        <w:t xml:space="preserve"> –</w:t>
      </w:r>
      <w:r w:rsidRPr="00907D27">
        <w:rPr>
          <w:b/>
          <w:bCs/>
          <w:color w:val="000000"/>
        </w:rPr>
        <w:t xml:space="preserve"> </w:t>
      </w:r>
      <w:r w:rsidRPr="00907D27">
        <w:rPr>
          <w:color w:val="000000"/>
        </w:rPr>
        <w:t xml:space="preserve">indicating the subject as </w:t>
      </w:r>
      <w:r w:rsidRPr="00907D27">
        <w:rPr>
          <w:i/>
          <w:iCs/>
          <w:color w:val="000000"/>
        </w:rPr>
        <w:t>Letter of Recommendation.</w:t>
      </w:r>
    </w:p>
    <w:p w14:paraId="0D11EB4D" w14:textId="77777777" w:rsidR="00907D27" w:rsidRPr="00907D27" w:rsidRDefault="00907D27" w:rsidP="00907D27"/>
    <w:p w14:paraId="60A72122" w14:textId="2C0E41DD" w:rsidR="00907D27" w:rsidRPr="00907D27" w:rsidRDefault="00907D27" w:rsidP="00907D27">
      <w:pPr>
        <w:pStyle w:val="NormalWeb"/>
        <w:spacing w:before="0" w:beforeAutospacing="0" w:after="0" w:afterAutospacing="0" w:line="276" w:lineRule="auto"/>
        <w:jc w:val="both"/>
      </w:pPr>
      <w:r w:rsidRPr="00907D27">
        <w:rPr>
          <w:color w:val="000000"/>
        </w:rPr>
        <w:t>Final note: ISECS warmly thanks all referees for their collegial support.</w:t>
      </w:r>
    </w:p>
    <w:p w14:paraId="06AF0D9E" w14:textId="77777777" w:rsidR="00907D27" w:rsidRPr="00907D27" w:rsidRDefault="00907D27" w:rsidP="00907D27"/>
    <w:p w14:paraId="43CF3BC7" w14:textId="38A36C45" w:rsidR="00B74682" w:rsidRPr="00907D27" w:rsidRDefault="00B74682" w:rsidP="00907D27"/>
    <w:sectPr w:rsidR="00B74682" w:rsidRPr="00907D27" w:rsidSect="00237F0D">
      <w:headerReference w:type="default" r:id="rId12"/>
      <w:footerReference w:type="default" r:id="rId13"/>
      <w:pgSz w:w="12240" w:h="15840"/>
      <w:pgMar w:top="1417" w:right="1701" w:bottom="1417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B8850" w14:textId="77777777" w:rsidR="00383C57" w:rsidRDefault="00383C57" w:rsidP="00C51752">
      <w:r>
        <w:separator/>
      </w:r>
    </w:p>
  </w:endnote>
  <w:endnote w:type="continuationSeparator" w:id="0">
    <w:p w14:paraId="43589E83" w14:textId="77777777" w:rsidR="00383C57" w:rsidRDefault="00383C57" w:rsidP="00C51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CC6F3" w14:textId="2017D4A5" w:rsidR="00B74682" w:rsidRDefault="00B74682" w:rsidP="00C51752">
    <w:pPr>
      <w:pStyle w:val="Piedepgina"/>
    </w:pPr>
  </w:p>
  <w:p w14:paraId="5A6941B3" w14:textId="64B15F5E" w:rsidR="00B74682" w:rsidRPr="00ED3525" w:rsidRDefault="00B86B24" w:rsidP="00ED3525">
    <w:pPr>
      <w:jc w:val="center"/>
      <w:rPr>
        <w:sz w:val="18"/>
        <w:szCs w:val="18"/>
      </w:rPr>
    </w:pPr>
    <w:r w:rsidRPr="00ED3525">
      <w:rPr>
        <w:noProof/>
        <w:sz w:val="18"/>
        <w:szCs w:val="18"/>
      </w:rPr>
      <w:drawing>
        <wp:anchor distT="0" distB="0" distL="114300" distR="114300" simplePos="0" relativeHeight="251667456" behindDoc="0" locked="0" layoutInCell="1" allowOverlap="1" wp14:anchorId="7BA53AF9" wp14:editId="12C70310">
          <wp:simplePos x="0" y="0"/>
          <wp:positionH relativeFrom="column">
            <wp:posOffset>100965</wp:posOffset>
          </wp:positionH>
          <wp:positionV relativeFrom="paragraph">
            <wp:posOffset>175260</wp:posOffset>
          </wp:positionV>
          <wp:extent cx="419100" cy="448310"/>
          <wp:effectExtent l="0" t="0" r="0" b="0"/>
          <wp:wrapSquare wrapText="bothSides"/>
          <wp:docPr id="208441770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782678" name="Imagen 672782678"/>
                  <pic:cNvPicPr/>
                </pic:nvPicPr>
                <pic:blipFill rotWithShape="1">
                  <a:blip r:embed="rId1"/>
                  <a:srcRect l="48452" r="-875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48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3525"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697B69F8" wp14:editId="16DF6053">
          <wp:simplePos x="0" y="0"/>
          <wp:positionH relativeFrom="column">
            <wp:posOffset>-349885</wp:posOffset>
          </wp:positionH>
          <wp:positionV relativeFrom="paragraph">
            <wp:posOffset>175260</wp:posOffset>
          </wp:positionV>
          <wp:extent cx="393700" cy="448310"/>
          <wp:effectExtent l="0" t="0" r="0" b="0"/>
          <wp:wrapSquare wrapText="bothSides"/>
          <wp:docPr id="67278267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782678" name="Imagen 672782678"/>
                  <pic:cNvPicPr/>
                </pic:nvPicPr>
                <pic:blipFill rotWithShape="1">
                  <a:blip r:embed="rId1"/>
                  <a:srcRect r="50754"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448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2E9D" w:rsidRPr="00ED3525">
      <w:rPr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 wp14:anchorId="30514444" wp14:editId="04C48F0E">
          <wp:simplePos x="0" y="0"/>
          <wp:positionH relativeFrom="column">
            <wp:posOffset>552450</wp:posOffset>
          </wp:positionH>
          <wp:positionV relativeFrom="paragraph">
            <wp:posOffset>267173</wp:posOffset>
          </wp:positionV>
          <wp:extent cx="1025525" cy="332105"/>
          <wp:effectExtent l="0" t="0" r="3175" b="0"/>
          <wp:wrapSquare wrapText="bothSides"/>
          <wp:docPr id="181406055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060552" name="Imagen 181406055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25525" cy="332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756A" w:rsidRPr="00ED3525">
      <w:rPr>
        <w:sz w:val="18"/>
        <w:szCs w:val="18"/>
      </w:rPr>
      <w:t>Sponsors</w:t>
    </w:r>
  </w:p>
  <w:p w14:paraId="130A5FC0" w14:textId="5A4F18C7" w:rsidR="00B74682" w:rsidRDefault="001C2E9D" w:rsidP="00C51752">
    <w:r>
      <w:rPr>
        <w:noProof/>
      </w:rPr>
      <w:drawing>
        <wp:anchor distT="0" distB="0" distL="114300" distR="114300" simplePos="0" relativeHeight="251665408" behindDoc="0" locked="0" layoutInCell="1" allowOverlap="1" wp14:anchorId="1D47F7A1" wp14:editId="022E75D9">
          <wp:simplePos x="0" y="0"/>
          <wp:positionH relativeFrom="column">
            <wp:posOffset>5285740</wp:posOffset>
          </wp:positionH>
          <wp:positionV relativeFrom="paragraph">
            <wp:posOffset>6350</wp:posOffset>
          </wp:positionV>
          <wp:extent cx="890270" cy="298450"/>
          <wp:effectExtent l="0" t="0" r="0" b="6350"/>
          <wp:wrapSquare wrapText="bothSides"/>
          <wp:docPr id="53364399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643996" name="Imagen 533643996"/>
                  <pic:cNvPicPr/>
                </pic:nvPicPr>
                <pic:blipFill rotWithShape="1">
                  <a:blip r:embed="rId3"/>
                  <a:srcRect t="33948" b="32935"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298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D45AB65" wp14:editId="58DF78E7">
          <wp:simplePos x="0" y="0"/>
          <wp:positionH relativeFrom="column">
            <wp:posOffset>4077970</wp:posOffset>
          </wp:positionH>
          <wp:positionV relativeFrom="paragraph">
            <wp:posOffset>30480</wp:posOffset>
          </wp:positionV>
          <wp:extent cx="1097280" cy="273050"/>
          <wp:effectExtent l="0" t="0" r="0" b="6350"/>
          <wp:wrapSquare wrapText="bothSides"/>
          <wp:docPr id="125793420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934201" name="Imagen 1257934201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097280" cy="2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81FAC03" wp14:editId="3072683F">
          <wp:simplePos x="0" y="0"/>
          <wp:positionH relativeFrom="column">
            <wp:posOffset>2860040</wp:posOffset>
          </wp:positionH>
          <wp:positionV relativeFrom="paragraph">
            <wp:posOffset>6985</wp:posOffset>
          </wp:positionV>
          <wp:extent cx="1098550" cy="297815"/>
          <wp:effectExtent l="0" t="0" r="6350" b="0"/>
          <wp:wrapSquare wrapText="bothSides"/>
          <wp:docPr id="2040225396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225396" name="Imagen 2040225396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098550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2E283D7" wp14:editId="2202FB80">
          <wp:simplePos x="0" y="0"/>
          <wp:positionH relativeFrom="column">
            <wp:posOffset>1670050</wp:posOffset>
          </wp:positionH>
          <wp:positionV relativeFrom="paragraph">
            <wp:posOffset>6985</wp:posOffset>
          </wp:positionV>
          <wp:extent cx="1082675" cy="298450"/>
          <wp:effectExtent l="0" t="0" r="0" b="6350"/>
          <wp:wrapSquare wrapText="bothSides"/>
          <wp:docPr id="47265494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654945" name="Imagen 472654945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082675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34A341" w14:textId="77777777" w:rsidR="00237F0D" w:rsidRDefault="00237F0D" w:rsidP="00C51752"/>
  <w:p w14:paraId="1007F58F" w14:textId="13587AC2" w:rsidR="00B74682" w:rsidRPr="00ED3525" w:rsidRDefault="00000000" w:rsidP="00ED3525">
    <w:pPr>
      <w:jc w:val="center"/>
      <w:rPr>
        <w:sz w:val="18"/>
        <w:szCs w:val="18"/>
      </w:rPr>
    </w:pPr>
    <w:r w:rsidRPr="00ED3525">
      <w:rPr>
        <w:sz w:val="18"/>
        <w:szCs w:val="18"/>
      </w:rPr>
      <w:t xml:space="preserve">www.isecs-zaragoza2027.net  ·  </w:t>
    </w:r>
    <w:r w:rsidR="006B756A" w:rsidRPr="00ED3525">
      <w:rPr>
        <w:sz w:val="18"/>
        <w:szCs w:val="18"/>
      </w:rPr>
      <w:t>Corporate document</w:t>
    </w:r>
    <w:r w:rsidRPr="00ED3525">
      <w:rPr>
        <w:sz w:val="18"/>
        <w:szCs w:val="18"/>
      </w:rPr>
      <w:t xml:space="preserve"> ISECS Zaragoza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05390" w14:textId="77777777" w:rsidR="00383C57" w:rsidRDefault="00383C57" w:rsidP="00C51752">
      <w:r>
        <w:separator/>
      </w:r>
    </w:p>
  </w:footnote>
  <w:footnote w:type="continuationSeparator" w:id="0">
    <w:p w14:paraId="791FACB8" w14:textId="77777777" w:rsidR="00383C57" w:rsidRDefault="00383C57" w:rsidP="00C51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BA1FE" w14:textId="77777777" w:rsidR="00B74682" w:rsidRDefault="00B74682" w:rsidP="00C51752">
    <w:pPr>
      <w:pStyle w:val="Encabezado"/>
    </w:pPr>
  </w:p>
  <w:tbl>
    <w:tblPr>
      <w:tblW w:w="9638" w:type="dxa"/>
      <w:jc w:val="center"/>
      <w:tblLayout w:type="fixed"/>
      <w:tblLook w:val="04A0" w:firstRow="1" w:lastRow="0" w:firstColumn="1" w:lastColumn="0" w:noHBand="0" w:noVBand="1"/>
    </w:tblPr>
    <w:tblGrid>
      <w:gridCol w:w="3377"/>
      <w:gridCol w:w="6261"/>
    </w:tblGrid>
    <w:tr w:rsidR="00B74682" w14:paraId="58E87799" w14:textId="77777777" w:rsidTr="006B756A">
      <w:trPr>
        <w:jc w:val="center"/>
      </w:trPr>
      <w:tc>
        <w:tcPr>
          <w:tcW w:w="337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F32902C" w14:textId="5F526997" w:rsidR="00B74682" w:rsidRPr="00ED3525" w:rsidRDefault="00237F0D" w:rsidP="00ED3525">
          <w:pPr>
            <w:jc w:val="right"/>
            <w:rPr>
              <w:sz w:val="20"/>
              <w:szCs w:val="20"/>
            </w:rPr>
          </w:pPr>
          <w:r w:rsidRPr="00ED3525">
            <w:rPr>
              <w:noProof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5D87CCDD" wp14:editId="439DA4EA">
                <wp:simplePos x="0" y="0"/>
                <wp:positionH relativeFrom="column">
                  <wp:posOffset>657860</wp:posOffset>
                </wp:positionH>
                <wp:positionV relativeFrom="paragraph">
                  <wp:posOffset>-1905</wp:posOffset>
                </wp:positionV>
                <wp:extent cx="990600" cy="651510"/>
                <wp:effectExtent l="0" t="0" r="0" b="0"/>
                <wp:wrapSquare wrapText="bothSides"/>
                <wp:docPr id="11548956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489563" name="Imagen 1154895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600" cy="65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D3525">
            <w:rPr>
              <w:noProof/>
              <w:sz w:val="20"/>
              <w:szCs w:val="20"/>
            </w:rPr>
            <w:drawing>
              <wp:inline distT="0" distB="0" distL="0" distR="0" wp14:anchorId="59A896AF" wp14:editId="60446ED9">
                <wp:extent cx="648000" cy="648000"/>
                <wp:effectExtent l="0" t="0" r="0" b="0"/>
                <wp:docPr id="195093962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congres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6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1D1CE6A" w14:textId="5DAEF855" w:rsidR="00B74682" w:rsidRPr="00ED3525" w:rsidRDefault="006B756A" w:rsidP="00ED3525">
          <w:pPr>
            <w:jc w:val="right"/>
            <w:rPr>
              <w:sz w:val="20"/>
              <w:szCs w:val="20"/>
            </w:rPr>
          </w:pPr>
          <w:r w:rsidRPr="00ED3525">
            <w:rPr>
              <w:b/>
              <w:bCs/>
              <w:color w:val="632423" w:themeColor="accent2" w:themeShade="80"/>
              <w:sz w:val="20"/>
              <w:szCs w:val="20"/>
            </w:rPr>
            <w:t>17th International Society for Eighteenth-Century Studies Congress</w:t>
          </w:r>
          <w:r w:rsidR="00237F0D" w:rsidRPr="00ED3525">
            <w:rPr>
              <w:color w:val="7A1E2C"/>
              <w:sz w:val="20"/>
              <w:szCs w:val="20"/>
            </w:rPr>
            <w:br/>
          </w:r>
          <w:r w:rsidR="00237F0D" w:rsidRPr="00ED3525">
            <w:rPr>
              <w:color w:val="595959"/>
              <w:sz w:val="20"/>
              <w:szCs w:val="20"/>
            </w:rPr>
            <w:t xml:space="preserve">Zaragoza, 12-16 </w:t>
          </w:r>
          <w:r w:rsidR="007B6476">
            <w:rPr>
              <w:color w:val="595959"/>
              <w:sz w:val="20"/>
              <w:szCs w:val="20"/>
            </w:rPr>
            <w:t>july</w:t>
          </w:r>
          <w:r w:rsidR="00237F0D" w:rsidRPr="00ED3525">
            <w:rPr>
              <w:color w:val="595959"/>
              <w:sz w:val="20"/>
              <w:szCs w:val="20"/>
            </w:rPr>
            <w:t xml:space="preserve"> 2027</w:t>
          </w:r>
        </w:p>
      </w:tc>
    </w:tr>
  </w:tbl>
  <w:p w14:paraId="6941002C" w14:textId="77777777" w:rsidR="00B74682" w:rsidRDefault="00B74682" w:rsidP="00C517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BE5EEB"/>
    <w:multiLevelType w:val="multilevel"/>
    <w:tmpl w:val="66B0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1A7776"/>
    <w:multiLevelType w:val="multilevel"/>
    <w:tmpl w:val="706C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283D06"/>
    <w:multiLevelType w:val="multilevel"/>
    <w:tmpl w:val="8F7A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523892">
    <w:abstractNumId w:val="8"/>
  </w:num>
  <w:num w:numId="2" w16cid:durableId="1101802994">
    <w:abstractNumId w:val="6"/>
  </w:num>
  <w:num w:numId="3" w16cid:durableId="867445536">
    <w:abstractNumId w:val="5"/>
  </w:num>
  <w:num w:numId="4" w16cid:durableId="1906408420">
    <w:abstractNumId w:val="4"/>
  </w:num>
  <w:num w:numId="5" w16cid:durableId="1283462476">
    <w:abstractNumId w:val="7"/>
  </w:num>
  <w:num w:numId="6" w16cid:durableId="1013727640">
    <w:abstractNumId w:val="3"/>
  </w:num>
  <w:num w:numId="7" w16cid:durableId="1716539018">
    <w:abstractNumId w:val="2"/>
  </w:num>
  <w:num w:numId="8" w16cid:durableId="931355121">
    <w:abstractNumId w:val="1"/>
  </w:num>
  <w:num w:numId="9" w16cid:durableId="424881433">
    <w:abstractNumId w:val="0"/>
  </w:num>
  <w:num w:numId="10" w16cid:durableId="566768506">
    <w:abstractNumId w:val="11"/>
  </w:num>
  <w:num w:numId="11" w16cid:durableId="1112473603">
    <w:abstractNumId w:val="9"/>
  </w:num>
  <w:num w:numId="12" w16cid:durableId="12068656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E3F"/>
    <w:rsid w:val="00034616"/>
    <w:rsid w:val="0006063C"/>
    <w:rsid w:val="0015074B"/>
    <w:rsid w:val="001C2E9D"/>
    <w:rsid w:val="00237F0D"/>
    <w:rsid w:val="0029639D"/>
    <w:rsid w:val="00326F90"/>
    <w:rsid w:val="00383C57"/>
    <w:rsid w:val="005B5CAA"/>
    <w:rsid w:val="006B756A"/>
    <w:rsid w:val="00745B5E"/>
    <w:rsid w:val="007B6476"/>
    <w:rsid w:val="007E091A"/>
    <w:rsid w:val="008E1B9D"/>
    <w:rsid w:val="00907D27"/>
    <w:rsid w:val="00AA1D8D"/>
    <w:rsid w:val="00B20616"/>
    <w:rsid w:val="00B47730"/>
    <w:rsid w:val="00B74682"/>
    <w:rsid w:val="00B86B24"/>
    <w:rsid w:val="00C51752"/>
    <w:rsid w:val="00CB0664"/>
    <w:rsid w:val="00E91265"/>
    <w:rsid w:val="00ED352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F70E4"/>
  <w14:defaultImageDpi w14:val="300"/>
  <w15:docId w15:val="{D7996873-48C8-DC48-AEE8-5C620D8D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752"/>
    <w:rPr>
      <w:rFonts w:ascii="Lato" w:eastAsia="Arial" w:hAnsi="Lato"/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7E091A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color w:val="7A1E2C"/>
      <w:sz w:val="28"/>
      <w:szCs w:val="28"/>
      <w:lang w:val="es-ES" w:eastAsia="es-ES_tradn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A1E2C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A1E2C"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237F0D"/>
    <w:pPr>
      <w:spacing w:after="0" w:line="360" w:lineRule="auto"/>
    </w:pPr>
    <w:rPr>
      <w:rFonts w:ascii="Lato" w:hAnsi="Lato" w:cs="Arial"/>
      <w:b/>
      <w:bCs/>
      <w:i/>
      <w:iCs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7E091A"/>
    <w:rPr>
      <w:rFonts w:ascii="Lato" w:eastAsiaTheme="majorEastAsia" w:hAnsi="Lato" w:cstheme="majorBidi"/>
      <w:b/>
      <w:bCs/>
      <w:color w:val="7A1E2C"/>
      <w:sz w:val="28"/>
      <w:szCs w:val="28"/>
      <w:lang w:val="es-ES"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C51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_tradn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C51752"/>
    <w:rPr>
      <w:rFonts w:ascii="Courier New" w:eastAsia="Times New Roman" w:hAnsi="Courier New" w:cs="Courier New"/>
      <w:sz w:val="20"/>
      <w:szCs w:val="20"/>
      <w:lang w:val="es-ES" w:eastAsia="es-ES_tradnl"/>
    </w:rPr>
  </w:style>
  <w:style w:type="paragraph" w:styleId="NormalWeb">
    <w:name w:val="Normal (Web)"/>
    <w:basedOn w:val="Normal"/>
    <w:uiPriority w:val="99"/>
    <w:unhideWhenUsed/>
    <w:rsid w:val="007E0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s-ES" w:eastAsia="es-ES_tradnl"/>
    </w:rPr>
  </w:style>
  <w:style w:type="character" w:styleId="Hipervnculo">
    <w:name w:val="Hyperlink"/>
    <w:basedOn w:val="Fuentedeprrafopredeter"/>
    <w:uiPriority w:val="99"/>
    <w:unhideWhenUsed/>
    <w:rsid w:val="007E091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E0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ecs-zaragoza2027.ne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secsbursaries@isecs-zaragoza2027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xe.com/currencyconverte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ecsbursaries@isecs-zaragoza2027.ne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638</Words>
  <Characters>3514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Jesus Gamez Carazo</cp:lastModifiedBy>
  <cp:revision>11</cp:revision>
  <dcterms:created xsi:type="dcterms:W3CDTF">2013-12-23T23:15:00Z</dcterms:created>
  <dcterms:modified xsi:type="dcterms:W3CDTF">2026-05-31T21:23:00Z</dcterms:modified>
  <cp:category/>
</cp:coreProperties>
</file>