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51FF6" w14:textId="77777777" w:rsidR="00B07CA4" w:rsidRPr="008929C1" w:rsidRDefault="00B07CA4" w:rsidP="00B07CA4">
      <w:pPr>
        <w:pStyle w:val="Ttulo1"/>
        <w:jc w:val="center"/>
      </w:pPr>
      <w:r w:rsidRPr="00D6479F">
        <w:t>17º C</w:t>
      </w:r>
      <w:r>
        <w:t xml:space="preserve">ongreso de la Sociedad Internacional de Estudios del siglo XVIII </w:t>
      </w:r>
      <w:r w:rsidRPr="00D6479F">
        <w:t>(ISECS/SIEDS)</w:t>
      </w:r>
    </w:p>
    <w:p w14:paraId="6EB7E453" w14:textId="77777777" w:rsidR="00B07CA4" w:rsidRPr="00D6479F" w:rsidRDefault="00B07CA4" w:rsidP="00B07CA4">
      <w:pPr>
        <w:spacing w:after="0" w:line="240" w:lineRule="auto"/>
        <w:rPr>
          <w:rFonts w:ascii="Times New Roman" w:eastAsia="Times New Roman" w:hAnsi="Times New Roman" w:cs="Times New Roman"/>
          <w:lang w:val="es-ES" w:eastAsia="es-ES_tradnl"/>
        </w:rPr>
      </w:pPr>
    </w:p>
    <w:p w14:paraId="1FBF3AB1" w14:textId="77777777" w:rsidR="00B07CA4" w:rsidRPr="007E091A" w:rsidRDefault="00B07CA4" w:rsidP="00B07CA4">
      <w:pPr>
        <w:jc w:val="center"/>
        <w:rPr>
          <w:b/>
          <w:bCs/>
          <w:lang w:val="es-ES" w:eastAsia="es-ES_tradnl"/>
        </w:rPr>
      </w:pPr>
      <w:r w:rsidRPr="007E091A">
        <w:rPr>
          <w:b/>
          <w:bCs/>
          <w:lang w:val="es-ES" w:eastAsia="es-ES_tradnl"/>
        </w:rPr>
        <w:t xml:space="preserve">Zaragoza, </w:t>
      </w:r>
      <w:r>
        <w:rPr>
          <w:b/>
          <w:bCs/>
          <w:lang w:val="es-ES" w:eastAsia="es-ES_tradnl"/>
        </w:rPr>
        <w:t>España</w:t>
      </w:r>
      <w:r w:rsidRPr="007E091A">
        <w:rPr>
          <w:b/>
          <w:bCs/>
          <w:lang w:val="es-ES" w:eastAsia="es-ES_tradnl"/>
        </w:rPr>
        <w:t>, 12-16 Jul</w:t>
      </w:r>
      <w:r>
        <w:rPr>
          <w:b/>
          <w:bCs/>
          <w:lang w:val="es-ES" w:eastAsia="es-ES_tradnl"/>
        </w:rPr>
        <w:t>io</w:t>
      </w:r>
      <w:r w:rsidRPr="007E091A">
        <w:rPr>
          <w:b/>
          <w:bCs/>
          <w:lang w:val="es-ES" w:eastAsia="es-ES_tradnl"/>
        </w:rPr>
        <w:t xml:space="preserve"> 2027</w:t>
      </w:r>
    </w:p>
    <w:p w14:paraId="43CF3BC7" w14:textId="0018FBB2" w:rsidR="00B74682" w:rsidRDefault="00B07CA4" w:rsidP="00B07CA4">
      <w:pPr>
        <w:jc w:val="center"/>
        <w:rPr>
          <w:b/>
          <w:bCs/>
          <w:lang w:val="es-ES" w:eastAsia="es-ES_tradnl"/>
        </w:rPr>
      </w:pPr>
      <w:hyperlink r:id="rId8" w:history="1">
        <w:r w:rsidRPr="007E091A">
          <w:rPr>
            <w:rStyle w:val="Hipervnculo"/>
            <w:b/>
            <w:bCs/>
            <w:lang w:val="es-ES" w:eastAsia="es-ES_tradnl"/>
          </w:rPr>
          <w:t>https://www.isecs-zaragoza2027.net/</w:t>
        </w:r>
      </w:hyperlink>
    </w:p>
    <w:p w14:paraId="1C46D5D6" w14:textId="77777777" w:rsidR="00B07CA4" w:rsidRPr="00B07CA4" w:rsidRDefault="00B07CA4" w:rsidP="00B07CA4">
      <w:pPr>
        <w:jc w:val="center"/>
        <w:rPr>
          <w:b/>
          <w:bCs/>
          <w:lang w:val="es-ES" w:eastAsia="es-ES_tradnl"/>
        </w:rPr>
      </w:pPr>
    </w:p>
    <w:p w14:paraId="263D79F5" w14:textId="77777777" w:rsidR="00B07CA4" w:rsidRDefault="00B07CA4" w:rsidP="00B07CA4">
      <w:pPr>
        <w:pStyle w:val="Ttulo2"/>
        <w:rPr>
          <w:rFonts w:ascii="Times New Roman" w:eastAsia="Times New Roman" w:hAnsi="Times New Roman"/>
          <w:sz w:val="24"/>
          <w:szCs w:val="24"/>
          <w:lang w:val="es-ES"/>
        </w:rPr>
      </w:pPr>
      <w:r>
        <w:t>BECAS - Dosier de solicitud</w:t>
      </w:r>
    </w:p>
    <w:p w14:paraId="6AECB8A7" w14:textId="35208D2A" w:rsidR="00B07CA4" w:rsidRPr="00B07CA4" w:rsidRDefault="00B07CA4" w:rsidP="00B07CA4">
      <w:pPr>
        <w:rPr>
          <w:b/>
          <w:bCs/>
          <w:i/>
          <w:iCs/>
        </w:rPr>
      </w:pPr>
      <w:r w:rsidRPr="00B07CA4">
        <w:rPr>
          <w:b/>
          <w:bCs/>
          <w:i/>
          <w:iCs/>
        </w:rPr>
        <w:t>Fecha límite: 31 de diciembre de 2026</w:t>
      </w:r>
    </w:p>
    <w:p w14:paraId="1BAB444B" w14:textId="3CD44765" w:rsidR="00B07CA4" w:rsidRPr="00B07CA4" w:rsidRDefault="00B07CA4" w:rsidP="00B07CA4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 w:rsidRPr="00B07CA4">
        <w:rPr>
          <w:color w:val="000000"/>
        </w:rPr>
        <w:t xml:space="preserve">Por favor, envíe este formulario completado, antes del 31 de diciembre de 2026, a la dirección </w:t>
      </w:r>
      <w:hyperlink r:id="rId9" w:history="1">
        <w:r w:rsidRPr="00B07CA4">
          <w:rPr>
            <w:rStyle w:val="Hipervnculo"/>
            <w:b/>
            <w:bCs/>
          </w:rPr>
          <w:t>isecsbursaries@isecs-zaragoza2027.net</w:t>
        </w:r>
      </w:hyperlink>
      <w:r w:rsidRPr="00B07CA4">
        <w:rPr>
          <w:b/>
          <w:bCs/>
          <w:color w:val="000000"/>
          <w:u w:val="single"/>
        </w:rPr>
        <w:t> </w:t>
      </w:r>
      <w:r w:rsidRPr="00B07CA4">
        <w:rPr>
          <w:b/>
          <w:bCs/>
          <w:color w:val="000000"/>
        </w:rPr>
        <w:t> </w:t>
      </w:r>
      <w:r w:rsidRPr="00B07CA4">
        <w:rPr>
          <w:color w:val="000000"/>
        </w:rPr>
        <w:t> </w:t>
      </w:r>
    </w:p>
    <w:p w14:paraId="21DECE70" w14:textId="77777777" w:rsidR="00B07CA4" w:rsidRPr="00B07CA4" w:rsidRDefault="00B07CA4" w:rsidP="00B07CA4">
      <w:pPr>
        <w:pStyle w:val="NormalWeb"/>
        <w:spacing w:before="0" w:beforeAutospacing="0" w:after="0" w:afterAutospacing="0" w:line="276" w:lineRule="auto"/>
        <w:jc w:val="both"/>
      </w:pPr>
    </w:p>
    <w:p w14:paraId="6A6019C3" w14:textId="3D4ACB78" w:rsidR="00B07CA4" w:rsidRDefault="00B07CA4" w:rsidP="00B07CA4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 w:rsidRPr="00B07CA4">
        <w:rPr>
          <w:color w:val="000000"/>
        </w:rPr>
        <w:t xml:space="preserve">IMPORTANTE: Se dará prioridad a quienes tienen la intención de presentar una comunicación al Congreso de Zaragoza y a quienes pertenezcan a alguna de estas categorías: estudiante de postgrado, jóvenes </w:t>
      </w:r>
      <w:proofErr w:type="spellStart"/>
      <w:r w:rsidRPr="00B07CA4">
        <w:rPr>
          <w:color w:val="000000"/>
        </w:rPr>
        <w:t>investigador.a.s</w:t>
      </w:r>
      <w:proofErr w:type="spellEnd"/>
      <w:r w:rsidRPr="00B07CA4">
        <w:rPr>
          <w:color w:val="000000"/>
        </w:rPr>
        <w:t xml:space="preserve">, académicos obligados a afrontar gastos de viaje anormalmente elevados, y miembros de grupos minoritarios tradicionalmente </w:t>
      </w:r>
      <w:proofErr w:type="spellStart"/>
      <w:r w:rsidRPr="00B07CA4">
        <w:rPr>
          <w:color w:val="000000"/>
        </w:rPr>
        <w:t>infrarepresentados</w:t>
      </w:r>
      <w:proofErr w:type="spellEnd"/>
      <w:r w:rsidRPr="00B07CA4">
        <w:rPr>
          <w:color w:val="000000"/>
        </w:rPr>
        <w:t>.</w:t>
      </w:r>
    </w:p>
    <w:p w14:paraId="55C0B569" w14:textId="77777777" w:rsidR="00B07CA4" w:rsidRPr="00B07CA4" w:rsidRDefault="00B07CA4" w:rsidP="00B07CA4">
      <w:pPr>
        <w:pStyle w:val="NormalWeb"/>
        <w:spacing w:before="0" w:beforeAutospacing="0" w:after="0" w:afterAutospacing="0" w:line="276" w:lineRule="auto"/>
        <w:jc w:val="both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237"/>
        <w:gridCol w:w="237"/>
        <w:gridCol w:w="541"/>
        <w:gridCol w:w="1977"/>
      </w:tblGrid>
      <w:tr w:rsidR="00B07CA4" w:rsidRPr="00B07CA4" w14:paraId="57ECE568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92DC1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t xml:space="preserve"> </w:t>
            </w:r>
            <w:r w:rsidRPr="00B07CA4">
              <w:rPr>
                <w:b/>
                <w:bCs/>
                <w:smallCaps/>
                <w:color w:val="000000"/>
              </w:rPr>
              <w:t>TEMA DE LA COMUNICACIÓN PRESENTADA AL CONGRESO</w:t>
            </w:r>
          </w:p>
        </w:tc>
      </w:tr>
      <w:tr w:rsidR="00B07CA4" w:rsidRPr="00B07CA4" w14:paraId="5C28DAA4" w14:textId="77777777">
        <w:trPr>
          <w:trHeight w:val="849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9ABA3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t>Nombre y dirección electrónica (gracias por escribir en caracteres legibles):</w:t>
            </w:r>
          </w:p>
          <w:p w14:paraId="77AA526B" w14:textId="77777777" w:rsidR="00B07CA4" w:rsidRPr="00B07CA4" w:rsidRDefault="00B07CA4" w:rsidP="00B07CA4">
            <w:pPr>
              <w:spacing w:after="240"/>
            </w:pPr>
          </w:p>
        </w:tc>
      </w:tr>
      <w:tr w:rsidR="00B07CA4" w:rsidRPr="00B07CA4" w14:paraId="31A4D774" w14:textId="77777777">
        <w:trPr>
          <w:trHeight w:val="952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8A484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t>Título de la contribución:</w:t>
            </w:r>
          </w:p>
          <w:p w14:paraId="31AC14C0" w14:textId="77777777" w:rsidR="00B07CA4" w:rsidRPr="00B07CA4" w:rsidRDefault="00B07CA4" w:rsidP="00B07CA4"/>
        </w:tc>
      </w:tr>
      <w:tr w:rsidR="00B07CA4" w:rsidRPr="00B07CA4" w14:paraId="335DE4B4" w14:textId="77777777">
        <w:trPr>
          <w:trHeight w:val="726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A3E7B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t>Título de la sesión donde será presentada la contribución (si la conoce):</w:t>
            </w:r>
          </w:p>
          <w:p w14:paraId="046BB726" w14:textId="77777777" w:rsidR="00B07CA4" w:rsidRPr="00B07CA4" w:rsidRDefault="00B07CA4" w:rsidP="00B07CA4"/>
        </w:tc>
      </w:tr>
      <w:tr w:rsidR="00B07CA4" w:rsidRPr="00B07CA4" w14:paraId="211134F5" w14:textId="77777777">
        <w:trPr>
          <w:trHeight w:val="31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B9433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lastRenderedPageBreak/>
              <w:t>Breve resumen de la contribución (100 palabras máx.):</w:t>
            </w:r>
          </w:p>
        </w:tc>
      </w:tr>
      <w:tr w:rsidR="00B07CA4" w:rsidRPr="00B07CA4" w14:paraId="0176A5C8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958F9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smallCaps/>
                <w:color w:val="000000"/>
              </w:rPr>
              <w:t>INFORMACIONES PERSONALES</w:t>
            </w:r>
          </w:p>
          <w:p w14:paraId="49470440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i/>
                <w:iCs/>
                <w:color w:val="000000"/>
              </w:rPr>
              <w:t xml:space="preserve">Tenga en cuenta que algunas rúbricas del formulario no son de aplicación al conjunto de jóvenes </w:t>
            </w:r>
            <w:proofErr w:type="spellStart"/>
            <w:r w:rsidRPr="00B07CA4">
              <w:rPr>
                <w:b/>
                <w:bCs/>
                <w:i/>
                <w:iCs/>
                <w:color w:val="000000"/>
              </w:rPr>
              <w:t>investigador.a.s</w:t>
            </w:r>
            <w:proofErr w:type="spellEnd"/>
          </w:p>
          <w:p w14:paraId="447AE324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i/>
                <w:iCs/>
                <w:color w:val="000000"/>
              </w:rPr>
              <w:t> </w:t>
            </w:r>
          </w:p>
          <w:p w14:paraId="3968B864" w14:textId="77777777" w:rsidR="00B07CA4" w:rsidRPr="00B07CA4" w:rsidRDefault="00B07CA4" w:rsidP="00B07CA4">
            <w:pPr>
              <w:spacing w:after="240"/>
            </w:pPr>
          </w:p>
        </w:tc>
      </w:tr>
      <w:tr w:rsidR="00B07CA4" w:rsidRPr="00B07CA4" w14:paraId="10855FB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287C7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t>Nombre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FB7E2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t>Apellido(s)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E2F32" w14:textId="77777777" w:rsidR="00B07CA4" w:rsidRPr="00B07CA4" w:rsidRDefault="00B07CA4" w:rsidP="00B07CA4"/>
        </w:tc>
      </w:tr>
      <w:tr w:rsidR="00B07CA4" w:rsidRPr="00B07CA4" w14:paraId="5B0F08CB" w14:textId="77777777">
        <w:trPr>
          <w:trHeight w:val="5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4CA90" w14:textId="77777777" w:rsidR="00B07CA4" w:rsidRPr="00B07CA4" w:rsidRDefault="00B07CA4" w:rsidP="00B07CA4">
            <w:pPr>
              <w:spacing w:after="240"/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D82C" w14:textId="77777777" w:rsidR="00B07CA4" w:rsidRPr="00B07CA4" w:rsidRDefault="00B07CA4" w:rsidP="00B07CA4">
            <w:pPr>
              <w:spacing w:after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0CC01" w14:textId="77777777" w:rsidR="00B07CA4" w:rsidRPr="00B07CA4" w:rsidRDefault="00B07CA4" w:rsidP="00B07CA4"/>
        </w:tc>
      </w:tr>
      <w:tr w:rsidR="00B07CA4" w:rsidRPr="00B07CA4" w14:paraId="44284419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14A0E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</w:pPr>
            <w:r w:rsidRPr="00B07CA4">
              <w:rPr>
                <w:b/>
                <w:bCs/>
                <w:color w:val="000000"/>
              </w:rPr>
              <w:t>Nacionalidad</w:t>
            </w:r>
          </w:p>
          <w:p w14:paraId="7A12F404" w14:textId="77777777" w:rsidR="00B07CA4" w:rsidRPr="00B07CA4" w:rsidRDefault="00B07CA4" w:rsidP="00B07CA4"/>
        </w:tc>
      </w:tr>
      <w:tr w:rsidR="00B07CA4" w:rsidRPr="00B07CA4" w14:paraId="56830B35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95CA8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</w:pPr>
            <w:r w:rsidRPr="00B07CA4">
              <w:rPr>
                <w:b/>
                <w:bCs/>
                <w:color w:val="000000"/>
              </w:rPr>
              <w:t>Por favor, precise su afiliación universitaria y/o su situación profesional, e identifique su departamento y su institución.</w:t>
            </w:r>
          </w:p>
          <w:p w14:paraId="62F4703F" w14:textId="77777777" w:rsidR="00B07CA4" w:rsidRPr="00B07CA4" w:rsidRDefault="00B07CA4" w:rsidP="00B07CA4"/>
        </w:tc>
      </w:tr>
      <w:tr w:rsidR="00B07CA4" w:rsidRPr="00B07CA4" w14:paraId="6F557460" w14:textId="77777777">
        <w:trPr>
          <w:trHeight w:val="1798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1E6C9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 xml:space="preserve">Estudiante de doctorado □ </w:t>
            </w:r>
            <w:proofErr w:type="spellStart"/>
            <w:r w:rsidRPr="00B07CA4">
              <w:rPr>
                <w:color w:val="000000"/>
              </w:rPr>
              <w:t>Investigador.a</w:t>
            </w:r>
            <w:proofErr w:type="spellEnd"/>
            <w:r w:rsidRPr="00B07CA4">
              <w:rPr>
                <w:color w:val="000000"/>
              </w:rPr>
              <w:t xml:space="preserve"> postdoctoral □ </w:t>
            </w:r>
            <w:proofErr w:type="spellStart"/>
            <w:r w:rsidRPr="00B07CA4">
              <w:rPr>
                <w:color w:val="000000"/>
              </w:rPr>
              <w:t>Profesor.a</w:t>
            </w:r>
            <w:proofErr w:type="spellEnd"/>
            <w:r w:rsidRPr="00B07CA4">
              <w:rPr>
                <w:color w:val="000000"/>
              </w:rPr>
              <w:t xml:space="preserve"> titular o contratado doctor □ </w:t>
            </w:r>
            <w:proofErr w:type="spellStart"/>
            <w:r w:rsidRPr="00B07CA4">
              <w:rPr>
                <w:color w:val="000000"/>
              </w:rPr>
              <w:t>Profesor.a</w:t>
            </w:r>
            <w:proofErr w:type="spellEnd"/>
            <w:r w:rsidRPr="00B07CA4">
              <w:rPr>
                <w:color w:val="000000"/>
              </w:rPr>
              <w:t xml:space="preserve"> </w:t>
            </w:r>
            <w:proofErr w:type="spellStart"/>
            <w:r w:rsidRPr="00B07CA4">
              <w:rPr>
                <w:color w:val="000000"/>
              </w:rPr>
              <w:t>asociado.a</w:t>
            </w:r>
            <w:proofErr w:type="spellEnd"/>
            <w:r w:rsidRPr="00B07CA4">
              <w:rPr>
                <w:color w:val="000000"/>
              </w:rPr>
              <w:t xml:space="preserve"> □ </w:t>
            </w:r>
            <w:proofErr w:type="spellStart"/>
            <w:r w:rsidRPr="00B07CA4">
              <w:rPr>
                <w:color w:val="000000"/>
              </w:rPr>
              <w:t>Profesor.a</w:t>
            </w:r>
            <w:proofErr w:type="spellEnd"/>
            <w:r w:rsidRPr="00B07CA4">
              <w:rPr>
                <w:color w:val="000000"/>
              </w:rPr>
              <w:t xml:space="preserve"> □ Otro, incluido </w:t>
            </w:r>
            <w:proofErr w:type="spellStart"/>
            <w:r w:rsidRPr="00B07CA4">
              <w:rPr>
                <w:color w:val="000000"/>
              </w:rPr>
              <w:t>trabajador.a</w:t>
            </w:r>
            <w:proofErr w:type="spellEnd"/>
            <w:r w:rsidRPr="00B07CA4">
              <w:rPr>
                <w:color w:val="000000"/>
              </w:rPr>
              <w:t xml:space="preserve"> </w:t>
            </w:r>
            <w:proofErr w:type="spellStart"/>
            <w:r w:rsidRPr="00B07CA4">
              <w:rPr>
                <w:color w:val="000000"/>
              </w:rPr>
              <w:t>autónomo.a</w:t>
            </w:r>
            <w:proofErr w:type="spellEnd"/>
            <w:r w:rsidRPr="00B07CA4">
              <w:rPr>
                <w:color w:val="000000"/>
              </w:rPr>
              <w:t xml:space="preserve"> □</w:t>
            </w:r>
          </w:p>
          <w:p w14:paraId="6D0FBADB" w14:textId="77777777" w:rsidR="00B07CA4" w:rsidRPr="00B07CA4" w:rsidRDefault="00B07CA4" w:rsidP="00B07CA4"/>
          <w:p w14:paraId="0F805DEB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>Departamento e institución:</w:t>
            </w:r>
          </w:p>
          <w:p w14:paraId="4A9FCBAC" w14:textId="77777777" w:rsidR="00B07CA4" w:rsidRPr="00B07CA4" w:rsidRDefault="00B07CA4" w:rsidP="00B07CA4"/>
        </w:tc>
      </w:tr>
      <w:tr w:rsidR="00B07CA4" w:rsidRPr="00B07CA4" w14:paraId="4980D912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E807C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>Méritos (comenzando por el más reciente; precise la disciplina y la institución):</w:t>
            </w:r>
          </w:p>
          <w:p w14:paraId="1073E765" w14:textId="77777777" w:rsidR="00B07CA4" w:rsidRPr="00B07CA4" w:rsidRDefault="00B07CA4" w:rsidP="00B07CA4"/>
        </w:tc>
      </w:tr>
      <w:tr w:rsidR="00B07CA4" w:rsidRPr="00B07CA4" w14:paraId="7A5BE9C1" w14:textId="77777777">
        <w:trPr>
          <w:trHeight w:val="864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45709" w14:textId="77777777" w:rsidR="00B07CA4" w:rsidRPr="00B07CA4" w:rsidRDefault="00B07CA4" w:rsidP="00B07CA4">
            <w:pPr>
              <w:spacing w:after="240"/>
            </w:pPr>
            <w:r w:rsidRPr="00B07CA4">
              <w:br/>
            </w:r>
            <w:r w:rsidRPr="00B07CA4">
              <w:br/>
            </w:r>
          </w:p>
        </w:tc>
      </w:tr>
      <w:tr w:rsidR="00B07CA4" w:rsidRPr="00B07CA4" w14:paraId="7576AE96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38A20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>Señale hasta tres publicaciones relevantes relacionadas con su presentación, si corresponde (comience por la más reciente):</w:t>
            </w:r>
          </w:p>
        </w:tc>
      </w:tr>
      <w:tr w:rsidR="00B07CA4" w:rsidRPr="00B07CA4" w14:paraId="62D1B09B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49CD6" w14:textId="77777777" w:rsidR="00B07CA4" w:rsidRPr="00B07CA4" w:rsidRDefault="00B07CA4" w:rsidP="00B07CA4">
            <w:pPr>
              <w:spacing w:after="240"/>
            </w:pPr>
            <w:r w:rsidRPr="00B07CA4">
              <w:br/>
            </w:r>
            <w:r w:rsidRPr="00B07CA4">
              <w:lastRenderedPageBreak/>
              <w:br/>
            </w:r>
            <w:r w:rsidRPr="00B07CA4">
              <w:br/>
            </w:r>
            <w:r w:rsidRPr="00B07CA4">
              <w:br/>
            </w:r>
          </w:p>
        </w:tc>
      </w:tr>
      <w:tr w:rsidR="00B07CA4" w:rsidRPr="00B07CA4" w14:paraId="3C113D3C" w14:textId="77777777">
        <w:trPr>
          <w:trHeight w:val="679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159C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lastRenderedPageBreak/>
              <w:t>Otras informaciones personales, incluidas la pertenencia a un grupo minoritario (se deja a su criterio juzgar la pertinencia de lo que señale en este apartado):</w:t>
            </w:r>
          </w:p>
          <w:p w14:paraId="0A56B959" w14:textId="77777777" w:rsidR="00B07CA4" w:rsidRPr="00B07CA4" w:rsidRDefault="00B07CA4" w:rsidP="00B07CA4">
            <w:pPr>
              <w:spacing w:after="240"/>
            </w:pPr>
            <w:r w:rsidRPr="00B07CA4">
              <w:br/>
            </w:r>
            <w:r w:rsidRPr="00B07CA4">
              <w:br/>
            </w:r>
          </w:p>
        </w:tc>
      </w:tr>
      <w:tr w:rsidR="00B07CA4" w:rsidRPr="00B07CA4" w14:paraId="09619738" w14:textId="77777777">
        <w:trPr>
          <w:trHeight w:val="679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6FF95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t xml:space="preserve"> </w:t>
            </w:r>
            <w:r w:rsidRPr="00B07CA4">
              <w:rPr>
                <w:b/>
                <w:bCs/>
                <w:smallCaps/>
                <w:color w:val="000000"/>
              </w:rPr>
              <w:t>ESTIMACIÓN DE LAS NECESIDADES FINANCIERAS </w:t>
            </w:r>
          </w:p>
          <w:p w14:paraId="166800B3" w14:textId="77777777" w:rsidR="00B07CA4" w:rsidRPr="00B07CA4" w:rsidRDefault="00B07CA4" w:rsidP="00B07CA4"/>
          <w:p w14:paraId="2EEF9963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t xml:space="preserve">Gracias por convertir las cantidades solicitadas en euros utilizando un convertidor de divisas similar a </w:t>
            </w:r>
            <w:hyperlink r:id="rId10" w:history="1">
              <w:r w:rsidRPr="00B07CA4">
                <w:rPr>
                  <w:rStyle w:val="Hipervnculo"/>
                  <w:b/>
                  <w:bCs/>
                </w:rPr>
                <w:t>https://www.xe.com/fr/currencyconverter/</w:t>
              </w:r>
            </w:hyperlink>
          </w:p>
          <w:p w14:paraId="38DC33F2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t>Se debe señalar que no es necesario reclamar una cantidad monetaria para todas las rúbricas y que las becas pueden ser atribuidas bien por una parte o bien por el conjunto de las cantidades demandadas</w:t>
            </w:r>
          </w:p>
          <w:p w14:paraId="72C1A19A" w14:textId="77777777" w:rsidR="00B07CA4" w:rsidRPr="00B07CA4" w:rsidRDefault="00B07CA4" w:rsidP="00B07CA4">
            <w:pPr>
              <w:spacing w:after="240"/>
            </w:pPr>
          </w:p>
        </w:tc>
      </w:tr>
      <w:tr w:rsidR="00B07CA4" w:rsidRPr="00B07CA4" w14:paraId="33F221C4" w14:textId="77777777">
        <w:trPr>
          <w:trHeight w:val="59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305FF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>Lugar de partida hacia Zaragoza: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A12DB" w14:textId="77777777" w:rsidR="00B07CA4" w:rsidRPr="00B07CA4" w:rsidRDefault="00B07CA4" w:rsidP="00B07CA4"/>
        </w:tc>
      </w:tr>
      <w:tr w:rsidR="00B07CA4" w:rsidRPr="00B07CA4" w14:paraId="6976689B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3D9C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i/>
                <w:iCs/>
                <w:color w:val="000000"/>
              </w:rPr>
              <w:t>PRESUPUESTO DETALLADO – Coste estimado del transporte</w:t>
            </w:r>
          </w:p>
        </w:tc>
      </w:tr>
      <w:tr w:rsidR="00B07CA4" w:rsidRPr="00B07CA4" w14:paraId="5AC03CD6" w14:textId="7777777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7E18A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>A. Billete de avión ida/vuelta desde el aeropuerto de origen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4662B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 xml:space="preserve">                   (Euros) </w:t>
            </w:r>
          </w:p>
        </w:tc>
      </w:tr>
      <w:tr w:rsidR="00B07CA4" w:rsidRPr="00B07CA4" w14:paraId="3A357D73" w14:textId="7777777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AC6F2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>B. Billete de tren ida/vuelta desde la estación de origen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EE64B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 xml:space="preserve">                   (Euros) </w:t>
            </w:r>
          </w:p>
        </w:tc>
      </w:tr>
      <w:tr w:rsidR="00B07CA4" w:rsidRPr="00B07CA4" w14:paraId="2AA2E9C5" w14:textId="77777777">
        <w:trPr>
          <w:trHeight w:val="49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A7314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>C. Otros costes de transporte necesarios (precisar, por favor).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D98FC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 xml:space="preserve">                   (Euros) </w:t>
            </w:r>
          </w:p>
        </w:tc>
      </w:tr>
      <w:tr w:rsidR="00B07CA4" w:rsidRPr="00B07CA4" w14:paraId="67BEF5AF" w14:textId="7777777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EE576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t>Coste total del transporte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5B0DD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 xml:space="preserve">                   (Euros) </w:t>
            </w:r>
          </w:p>
        </w:tc>
      </w:tr>
      <w:tr w:rsidR="00B07CA4" w:rsidRPr="00B07CA4" w14:paraId="085D8F55" w14:textId="77777777">
        <w:trPr>
          <w:trHeight w:val="1188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42DE4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t>Gastos de inscripción al Congreso de Zaragoza:</w:t>
            </w:r>
          </w:p>
          <w:p w14:paraId="03C14C36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>Hasta el 28 de febrero de 2027 = 245,00 €; después del 1 de marzo de 2027 = 295,00 €</w:t>
            </w:r>
          </w:p>
          <w:p w14:paraId="299578ED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 xml:space="preserve">Estudiante, </w:t>
            </w:r>
            <w:proofErr w:type="spellStart"/>
            <w:r w:rsidRPr="00B07CA4">
              <w:rPr>
                <w:color w:val="000000"/>
              </w:rPr>
              <w:t>jubilado.a</w:t>
            </w:r>
            <w:proofErr w:type="spellEnd"/>
            <w:r w:rsidRPr="00B07CA4">
              <w:rPr>
                <w:color w:val="000000"/>
              </w:rPr>
              <w:t xml:space="preserve">, </w:t>
            </w:r>
            <w:proofErr w:type="spellStart"/>
            <w:r w:rsidRPr="00B07CA4">
              <w:rPr>
                <w:color w:val="000000"/>
              </w:rPr>
              <w:t>desempleado.a</w:t>
            </w:r>
            <w:proofErr w:type="spellEnd"/>
            <w:r w:rsidRPr="00B07CA4">
              <w:rPr>
                <w:color w:val="000000"/>
              </w:rPr>
              <w:t xml:space="preserve"> = 180,00 €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CF69C" w14:textId="77777777" w:rsidR="00B07CA4" w:rsidRPr="00B07CA4" w:rsidRDefault="00B07CA4" w:rsidP="00B07CA4"/>
          <w:p w14:paraId="319DA8B2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>                   (Euros)</w:t>
            </w:r>
          </w:p>
        </w:tc>
      </w:tr>
      <w:tr w:rsidR="00B07CA4" w:rsidRPr="00B07CA4" w14:paraId="3BF03E5A" w14:textId="77777777">
        <w:trPr>
          <w:trHeight w:val="56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5B1E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b/>
                <w:bCs/>
                <w:color w:val="000000"/>
              </w:rPr>
              <w:t>SUMA TOTAL SOLICITADA: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439F6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 xml:space="preserve">                   (Euros)</w:t>
            </w:r>
          </w:p>
        </w:tc>
      </w:tr>
      <w:tr w:rsidR="00B07CA4" w:rsidRPr="00B07CA4" w14:paraId="0BC31B25" w14:textId="77777777">
        <w:trPr>
          <w:trHeight w:val="1046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4CE14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>Cualquier otro coste inevitable para el cual se solicita una ayuda (precisar, por favor)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7E68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>     </w:t>
            </w:r>
          </w:p>
          <w:p w14:paraId="1FA8048B" w14:textId="77777777" w:rsidR="00B07CA4" w:rsidRPr="00B07CA4" w:rsidRDefault="00B07CA4" w:rsidP="00B07CA4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B07CA4">
              <w:rPr>
                <w:color w:val="000000"/>
              </w:rPr>
              <w:t>                   (Euros) </w:t>
            </w:r>
          </w:p>
        </w:tc>
      </w:tr>
    </w:tbl>
    <w:p w14:paraId="23A2F9B3" w14:textId="77777777" w:rsidR="00B07CA4" w:rsidRDefault="00B07CA4" w:rsidP="00B07CA4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14:paraId="14264AE6" w14:textId="56B61DD3" w:rsidR="00B07CA4" w:rsidRDefault="00B07CA4" w:rsidP="00B07CA4">
      <w:pPr>
        <w:pStyle w:val="Ttulo2"/>
      </w:pPr>
      <w:r w:rsidRPr="00B07CA4">
        <w:lastRenderedPageBreak/>
        <w:t>Carta de recomendación</w:t>
      </w:r>
    </w:p>
    <w:p w14:paraId="40A77B05" w14:textId="77777777" w:rsidR="00B07CA4" w:rsidRPr="00B07CA4" w:rsidRDefault="00B07CA4" w:rsidP="00B07CA4">
      <w:pPr>
        <w:pStyle w:val="NormalWeb"/>
        <w:spacing w:before="0" w:beforeAutospacing="0" w:after="0" w:afterAutospacing="0" w:line="276" w:lineRule="auto"/>
        <w:jc w:val="center"/>
      </w:pPr>
    </w:p>
    <w:p w14:paraId="46E32D7C" w14:textId="3E521DE5" w:rsidR="00B07CA4" w:rsidRDefault="00B07CA4" w:rsidP="00B07CA4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 w:rsidRPr="00B07CA4">
        <w:rPr>
          <w:color w:val="000000"/>
        </w:rPr>
        <w:t xml:space="preserve">Su demanda </w:t>
      </w:r>
      <w:r w:rsidRPr="00B07CA4">
        <w:rPr>
          <w:i/>
          <w:iCs/>
          <w:color w:val="000000"/>
        </w:rPr>
        <w:t>debe</w:t>
      </w:r>
      <w:r w:rsidRPr="00B07CA4">
        <w:rPr>
          <w:color w:val="000000"/>
        </w:rPr>
        <w:t xml:space="preserve"> ser acompañada de una carta de recomendación. Esta carta no debería sobrepasar una página en formato A4 (preferentemente en </w:t>
      </w:r>
      <w:r w:rsidRPr="00B07CA4">
        <w:rPr>
          <w:i/>
          <w:iCs/>
          <w:color w:val="000000"/>
        </w:rPr>
        <w:t xml:space="preserve">Times New </w:t>
      </w:r>
      <w:proofErr w:type="spellStart"/>
      <w:r w:rsidRPr="00B07CA4">
        <w:rPr>
          <w:i/>
          <w:iCs/>
          <w:color w:val="000000"/>
        </w:rPr>
        <w:t>Roman</w:t>
      </w:r>
      <w:proofErr w:type="spellEnd"/>
      <w:r w:rsidRPr="00B07CA4">
        <w:rPr>
          <w:color w:val="000000"/>
        </w:rPr>
        <w:t xml:space="preserve">, 12 puntos, con un interlineado de 1,5) y debe ser redactada por </w:t>
      </w:r>
      <w:proofErr w:type="spellStart"/>
      <w:r w:rsidRPr="00B07CA4">
        <w:rPr>
          <w:color w:val="000000"/>
        </w:rPr>
        <w:t>un.a</w:t>
      </w:r>
      <w:proofErr w:type="spellEnd"/>
      <w:r w:rsidRPr="00B07CA4">
        <w:rPr>
          <w:color w:val="000000"/>
        </w:rPr>
        <w:t xml:space="preserve"> </w:t>
      </w:r>
      <w:proofErr w:type="spellStart"/>
      <w:r w:rsidRPr="00B07CA4">
        <w:rPr>
          <w:color w:val="000000"/>
        </w:rPr>
        <w:t>investigador.a</w:t>
      </w:r>
      <w:proofErr w:type="spellEnd"/>
      <w:r w:rsidRPr="00B07CA4">
        <w:rPr>
          <w:color w:val="000000"/>
        </w:rPr>
        <w:t xml:space="preserve"> </w:t>
      </w:r>
      <w:proofErr w:type="spellStart"/>
      <w:r w:rsidRPr="00B07CA4">
        <w:rPr>
          <w:color w:val="000000"/>
        </w:rPr>
        <w:t>consolidado.a</w:t>
      </w:r>
      <w:proofErr w:type="spellEnd"/>
      <w:r w:rsidRPr="00B07CA4">
        <w:rPr>
          <w:color w:val="000000"/>
        </w:rPr>
        <w:t xml:space="preserve"> </w:t>
      </w:r>
      <w:proofErr w:type="spellStart"/>
      <w:r w:rsidRPr="00B07CA4">
        <w:rPr>
          <w:color w:val="000000"/>
        </w:rPr>
        <w:t>familiarizado.a</w:t>
      </w:r>
      <w:proofErr w:type="spellEnd"/>
      <w:r w:rsidRPr="00B07CA4">
        <w:rPr>
          <w:color w:val="000000"/>
        </w:rPr>
        <w:t xml:space="preserve"> con vuestros trabajos y publicaciones.</w:t>
      </w:r>
    </w:p>
    <w:p w14:paraId="6C0D68E2" w14:textId="77777777" w:rsidR="00B07CA4" w:rsidRPr="00B07CA4" w:rsidRDefault="00B07CA4" w:rsidP="00B07CA4">
      <w:pPr>
        <w:pStyle w:val="NormalWeb"/>
        <w:spacing w:before="0" w:beforeAutospacing="0" w:after="0" w:afterAutospacing="0" w:line="276" w:lineRule="auto"/>
        <w:jc w:val="both"/>
      </w:pPr>
    </w:p>
    <w:p w14:paraId="1454CF9B" w14:textId="77777777" w:rsidR="00B07CA4" w:rsidRPr="00B07CA4" w:rsidRDefault="00B07CA4" w:rsidP="00B07CA4">
      <w:pPr>
        <w:pStyle w:val="NormalWeb"/>
        <w:spacing w:before="0" w:beforeAutospacing="0" w:after="0" w:afterAutospacing="0" w:line="276" w:lineRule="auto"/>
        <w:jc w:val="both"/>
      </w:pPr>
      <w:r w:rsidRPr="00B07CA4">
        <w:rPr>
          <w:color w:val="000000"/>
        </w:rPr>
        <w:t>La carta debe abordar las cuestiones siguientes:</w:t>
      </w:r>
    </w:p>
    <w:p w14:paraId="14AD33D2" w14:textId="77777777" w:rsidR="00B07CA4" w:rsidRPr="00B07CA4" w:rsidRDefault="00B07CA4" w:rsidP="00B07CA4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B07CA4">
        <w:rPr>
          <w:color w:val="000000"/>
        </w:rPr>
        <w:t xml:space="preserve">Conocimiento del </w:t>
      </w:r>
      <w:proofErr w:type="spellStart"/>
      <w:r w:rsidRPr="00B07CA4">
        <w:rPr>
          <w:color w:val="000000"/>
        </w:rPr>
        <w:t>candidato.a</w:t>
      </w:r>
      <w:proofErr w:type="spellEnd"/>
      <w:r w:rsidRPr="00B07CA4">
        <w:rPr>
          <w:color w:val="000000"/>
        </w:rPr>
        <w:t>.</w:t>
      </w:r>
    </w:p>
    <w:p w14:paraId="53A9AFD7" w14:textId="77777777" w:rsidR="00B07CA4" w:rsidRPr="00B07CA4" w:rsidRDefault="00B07CA4" w:rsidP="00B07CA4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B07CA4">
        <w:rPr>
          <w:color w:val="000000"/>
        </w:rPr>
        <w:t>Originalidad y calidad de sus trabajos. </w:t>
      </w:r>
    </w:p>
    <w:p w14:paraId="2FCBBFEC" w14:textId="77777777" w:rsidR="00B07CA4" w:rsidRPr="00B07CA4" w:rsidRDefault="00B07CA4" w:rsidP="00B07CA4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B07CA4">
        <w:rPr>
          <w:color w:val="000000"/>
        </w:rPr>
        <w:t>Importancia de la participación en este Congreso para su trayectoria académica y profesional. </w:t>
      </w:r>
    </w:p>
    <w:p w14:paraId="368E7B08" w14:textId="77777777" w:rsidR="00B07CA4" w:rsidRPr="00B07CA4" w:rsidRDefault="00B07CA4" w:rsidP="00B07CA4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B07CA4">
        <w:rPr>
          <w:color w:val="000000"/>
        </w:rPr>
        <w:t xml:space="preserve">Conocimiento de la lengua en la cual el </w:t>
      </w:r>
      <w:proofErr w:type="spellStart"/>
      <w:r w:rsidRPr="00B07CA4">
        <w:rPr>
          <w:color w:val="000000"/>
        </w:rPr>
        <w:t>candidato.a</w:t>
      </w:r>
      <w:proofErr w:type="spellEnd"/>
      <w:r w:rsidRPr="00B07CA4">
        <w:rPr>
          <w:color w:val="000000"/>
        </w:rPr>
        <w:t xml:space="preserve"> desea presentar su comunicación. </w:t>
      </w:r>
    </w:p>
    <w:p w14:paraId="1312A186" w14:textId="77777777" w:rsidR="00B07CA4" w:rsidRPr="00B07CA4" w:rsidRDefault="00B07CA4" w:rsidP="00B07CA4"/>
    <w:p w14:paraId="4CCB4D52" w14:textId="77777777" w:rsidR="00B07CA4" w:rsidRPr="00B07CA4" w:rsidRDefault="00B07CA4" w:rsidP="00B07CA4">
      <w:pPr>
        <w:pStyle w:val="NormalWeb"/>
        <w:spacing w:before="0" w:beforeAutospacing="0" w:after="0" w:afterAutospacing="0" w:line="276" w:lineRule="auto"/>
        <w:jc w:val="both"/>
      </w:pPr>
      <w:r w:rsidRPr="00B07CA4">
        <w:rPr>
          <w:color w:val="000000"/>
        </w:rPr>
        <w:t>La carta debe asimismo comprender las informaciones siguientes: </w:t>
      </w:r>
    </w:p>
    <w:p w14:paraId="2E62331C" w14:textId="77777777" w:rsidR="00B07CA4" w:rsidRPr="00B07CA4" w:rsidRDefault="00B07CA4" w:rsidP="00B07CA4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B07CA4">
        <w:rPr>
          <w:color w:val="000000"/>
        </w:rPr>
        <w:t xml:space="preserve">Nombre del </w:t>
      </w:r>
      <w:proofErr w:type="spellStart"/>
      <w:r w:rsidRPr="00B07CA4">
        <w:rPr>
          <w:color w:val="000000"/>
        </w:rPr>
        <w:t>candidato.a</w:t>
      </w:r>
      <w:proofErr w:type="spellEnd"/>
      <w:r w:rsidRPr="00B07CA4">
        <w:rPr>
          <w:color w:val="000000"/>
        </w:rPr>
        <w:t>, bien visible en la parte alta de la página. </w:t>
      </w:r>
    </w:p>
    <w:p w14:paraId="084F775E" w14:textId="77777777" w:rsidR="00B07CA4" w:rsidRPr="00B07CA4" w:rsidRDefault="00B07CA4" w:rsidP="00B07CA4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B07CA4">
        <w:rPr>
          <w:color w:val="000000"/>
        </w:rPr>
        <w:t>Lugar y fecha de la redacción de la carta.</w:t>
      </w:r>
    </w:p>
    <w:p w14:paraId="6BA2FB7B" w14:textId="77777777" w:rsidR="00B07CA4" w:rsidRPr="00B07CA4" w:rsidRDefault="00B07CA4" w:rsidP="00B07CA4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B07CA4">
        <w:rPr>
          <w:color w:val="000000"/>
        </w:rPr>
        <w:t xml:space="preserve">Respecto al </w:t>
      </w:r>
      <w:proofErr w:type="spellStart"/>
      <w:r w:rsidRPr="00B07CA4">
        <w:rPr>
          <w:color w:val="000000"/>
        </w:rPr>
        <w:t>redactor.a</w:t>
      </w:r>
      <w:proofErr w:type="spellEnd"/>
      <w:r w:rsidRPr="00B07CA4">
        <w:rPr>
          <w:color w:val="000000"/>
        </w:rPr>
        <w:t xml:space="preserve"> de la carta:</w:t>
      </w:r>
    </w:p>
    <w:p w14:paraId="66968F93" w14:textId="77777777" w:rsidR="00B07CA4" w:rsidRPr="00B07CA4" w:rsidRDefault="00B07CA4" w:rsidP="00B07CA4">
      <w:pPr>
        <w:pStyle w:val="NormalWeb"/>
        <w:numPr>
          <w:ilvl w:val="1"/>
          <w:numId w:val="12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B07CA4">
        <w:rPr>
          <w:color w:val="000000"/>
        </w:rPr>
        <w:t>Nombre(s), apellido y título(s) completo(s).</w:t>
      </w:r>
    </w:p>
    <w:p w14:paraId="390ED7D7" w14:textId="77777777" w:rsidR="00B07CA4" w:rsidRPr="00B07CA4" w:rsidRDefault="00B07CA4" w:rsidP="00B07CA4">
      <w:pPr>
        <w:pStyle w:val="NormalWeb"/>
        <w:numPr>
          <w:ilvl w:val="1"/>
          <w:numId w:val="13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B07CA4">
        <w:rPr>
          <w:color w:val="000000"/>
        </w:rPr>
        <w:t>Posición actual, incluyendo el departamento y la institución.</w:t>
      </w:r>
    </w:p>
    <w:p w14:paraId="097B19FE" w14:textId="77777777" w:rsidR="00B07CA4" w:rsidRPr="00B07CA4" w:rsidRDefault="00B07CA4" w:rsidP="00B07CA4">
      <w:pPr>
        <w:rPr>
          <w:rFonts w:ascii="Times New Roman" w:hAnsi="Times New Roman" w:cs="Times New Roman"/>
        </w:rPr>
      </w:pPr>
    </w:p>
    <w:p w14:paraId="52A0D24E" w14:textId="77777777" w:rsidR="00B07CA4" w:rsidRPr="00B07CA4" w:rsidRDefault="00B07CA4" w:rsidP="00B07CA4">
      <w:pPr>
        <w:pStyle w:val="NormalWeb"/>
        <w:spacing w:before="0" w:beforeAutospacing="0" w:after="0" w:afterAutospacing="0" w:line="276" w:lineRule="auto"/>
        <w:jc w:val="both"/>
      </w:pPr>
      <w:r w:rsidRPr="00B07CA4">
        <w:rPr>
          <w:color w:val="000000"/>
        </w:rPr>
        <w:t xml:space="preserve">El </w:t>
      </w:r>
      <w:proofErr w:type="spellStart"/>
      <w:r w:rsidRPr="00B07CA4">
        <w:rPr>
          <w:color w:val="000000"/>
        </w:rPr>
        <w:t>redactor.a</w:t>
      </w:r>
      <w:proofErr w:type="spellEnd"/>
      <w:r w:rsidRPr="00B07CA4">
        <w:rPr>
          <w:color w:val="000000"/>
        </w:rPr>
        <w:t xml:space="preserve"> de la carta de recomendación debe enviarla DIRECTAMENTE al comité de selección, mencionando claramente el nombre del </w:t>
      </w:r>
      <w:proofErr w:type="spellStart"/>
      <w:r w:rsidRPr="00B07CA4">
        <w:rPr>
          <w:color w:val="000000"/>
        </w:rPr>
        <w:t>candidato.a</w:t>
      </w:r>
      <w:proofErr w:type="spellEnd"/>
      <w:r w:rsidRPr="00B07CA4">
        <w:rPr>
          <w:color w:val="000000"/>
        </w:rPr>
        <w:t xml:space="preserve"> en el título del e mail, antes de la fecha límite del 31 de diciembre de 2026, por correo electrónico a la dirección </w:t>
      </w:r>
      <w:hyperlink r:id="rId11" w:history="1">
        <w:r w:rsidRPr="00B07CA4">
          <w:rPr>
            <w:rStyle w:val="Hipervnculo"/>
            <w:b/>
            <w:bCs/>
          </w:rPr>
          <w:t>isecsbursaries@isecs-zaragoza2027.net</w:t>
        </w:r>
      </w:hyperlink>
      <w:r w:rsidRPr="00B07CA4">
        <w:rPr>
          <w:b/>
          <w:bCs/>
          <w:color w:val="000000"/>
          <w:u w:val="single"/>
        </w:rPr>
        <w:t> </w:t>
      </w:r>
      <w:r w:rsidRPr="00B07CA4">
        <w:rPr>
          <w:b/>
          <w:bCs/>
          <w:color w:val="000000"/>
        </w:rPr>
        <w:t> </w:t>
      </w:r>
      <w:r w:rsidRPr="00B07CA4">
        <w:rPr>
          <w:color w:val="000000"/>
        </w:rPr>
        <w:t>–</w:t>
      </w:r>
      <w:r w:rsidRPr="00B07CA4">
        <w:rPr>
          <w:b/>
          <w:bCs/>
          <w:color w:val="000000"/>
        </w:rPr>
        <w:t xml:space="preserve"> </w:t>
      </w:r>
      <w:r w:rsidRPr="00B07CA4">
        <w:rPr>
          <w:color w:val="000000"/>
        </w:rPr>
        <w:t xml:space="preserve">por favor indicar </w:t>
      </w:r>
      <w:r w:rsidRPr="00B07CA4">
        <w:rPr>
          <w:i/>
          <w:iCs/>
          <w:color w:val="000000"/>
        </w:rPr>
        <w:t>Carta de recomendación</w:t>
      </w:r>
      <w:r w:rsidRPr="00B07CA4">
        <w:rPr>
          <w:color w:val="000000"/>
        </w:rPr>
        <w:t xml:space="preserve"> como objeto del mensaje más el nombre del </w:t>
      </w:r>
      <w:proofErr w:type="spellStart"/>
      <w:r w:rsidRPr="00B07CA4">
        <w:rPr>
          <w:color w:val="000000"/>
        </w:rPr>
        <w:t>candidato.a</w:t>
      </w:r>
      <w:proofErr w:type="spellEnd"/>
      <w:r w:rsidRPr="00B07CA4">
        <w:rPr>
          <w:color w:val="000000"/>
        </w:rPr>
        <w:t>. </w:t>
      </w:r>
    </w:p>
    <w:p w14:paraId="7EB0DA8A" w14:textId="77777777" w:rsidR="00B07CA4" w:rsidRPr="00B07CA4" w:rsidRDefault="00B07CA4" w:rsidP="00B07CA4"/>
    <w:p w14:paraId="274485FD" w14:textId="1A206B1B" w:rsidR="00B07CA4" w:rsidRPr="00B07CA4" w:rsidRDefault="00B07CA4" w:rsidP="00B07CA4">
      <w:pPr>
        <w:pStyle w:val="NormalWeb"/>
        <w:spacing w:before="0" w:beforeAutospacing="0" w:after="0" w:afterAutospacing="0" w:line="276" w:lineRule="auto"/>
        <w:jc w:val="both"/>
      </w:pPr>
      <w:r w:rsidRPr="00B07CA4">
        <w:rPr>
          <w:color w:val="000000"/>
        </w:rPr>
        <w:t xml:space="preserve">Nora final: la ISECS/SIEDS agradece a </w:t>
      </w:r>
      <w:proofErr w:type="spellStart"/>
      <w:r w:rsidRPr="00B07CA4">
        <w:rPr>
          <w:color w:val="000000"/>
        </w:rPr>
        <w:t>todo.a.s</w:t>
      </w:r>
      <w:proofErr w:type="spellEnd"/>
      <w:r w:rsidRPr="00B07CA4">
        <w:rPr>
          <w:color w:val="000000"/>
        </w:rPr>
        <w:t xml:space="preserve"> </w:t>
      </w:r>
      <w:proofErr w:type="spellStart"/>
      <w:r w:rsidRPr="00B07CA4">
        <w:rPr>
          <w:color w:val="000000"/>
        </w:rPr>
        <w:t>redactor.a.s</w:t>
      </w:r>
      <w:proofErr w:type="spellEnd"/>
      <w:r w:rsidRPr="00B07CA4">
        <w:rPr>
          <w:color w:val="000000"/>
        </w:rPr>
        <w:t xml:space="preserve"> de cartas por su colaboración.</w:t>
      </w:r>
    </w:p>
    <w:p w14:paraId="6F806C57" w14:textId="77777777" w:rsidR="00B07CA4" w:rsidRPr="00B07CA4" w:rsidRDefault="00B07CA4" w:rsidP="00B07CA4"/>
    <w:sectPr w:rsidR="00B07CA4" w:rsidRPr="00B07CA4" w:rsidSect="00237F0D">
      <w:headerReference w:type="default" r:id="rId12"/>
      <w:footerReference w:type="default" r:id="rId13"/>
      <w:pgSz w:w="12240" w:h="15840"/>
      <w:pgMar w:top="1417" w:right="1701" w:bottom="1417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B128C" w14:textId="77777777" w:rsidR="00BC3637" w:rsidRDefault="00BC3637" w:rsidP="00C51752">
      <w:r>
        <w:separator/>
      </w:r>
    </w:p>
  </w:endnote>
  <w:endnote w:type="continuationSeparator" w:id="0">
    <w:p w14:paraId="563CAD9E" w14:textId="77777777" w:rsidR="00BC3637" w:rsidRDefault="00BC3637" w:rsidP="00C5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C6F3" w14:textId="2017D4A5" w:rsidR="00B74682" w:rsidRDefault="00B74682" w:rsidP="00C51752">
    <w:pPr>
      <w:pStyle w:val="Piedepgina"/>
    </w:pPr>
  </w:p>
  <w:p w14:paraId="5A6941B3" w14:textId="05AA57CD" w:rsidR="00B74682" w:rsidRPr="00ED3525" w:rsidRDefault="00B86B24" w:rsidP="00ED3525">
    <w:pPr>
      <w:jc w:val="center"/>
      <w:rPr>
        <w:sz w:val="18"/>
        <w:szCs w:val="18"/>
      </w:rPr>
    </w:pPr>
    <w:r w:rsidRPr="00ED3525">
      <w:rPr>
        <w:noProof/>
        <w:sz w:val="18"/>
        <w:szCs w:val="18"/>
      </w:rPr>
      <w:drawing>
        <wp:anchor distT="0" distB="0" distL="114300" distR="114300" simplePos="0" relativeHeight="251667456" behindDoc="0" locked="0" layoutInCell="1" allowOverlap="1" wp14:anchorId="7BA53AF9" wp14:editId="12C70310">
          <wp:simplePos x="0" y="0"/>
          <wp:positionH relativeFrom="column">
            <wp:posOffset>100965</wp:posOffset>
          </wp:positionH>
          <wp:positionV relativeFrom="paragraph">
            <wp:posOffset>175260</wp:posOffset>
          </wp:positionV>
          <wp:extent cx="419100" cy="448310"/>
          <wp:effectExtent l="0" t="0" r="0" b="0"/>
          <wp:wrapSquare wrapText="bothSides"/>
          <wp:docPr id="208441770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782678" name="Imagen 672782678"/>
                  <pic:cNvPicPr/>
                </pic:nvPicPr>
                <pic:blipFill rotWithShape="1">
                  <a:blip r:embed="rId1"/>
                  <a:srcRect l="48452" r="-875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4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3525"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697B69F8" wp14:editId="16DF6053">
          <wp:simplePos x="0" y="0"/>
          <wp:positionH relativeFrom="column">
            <wp:posOffset>-349885</wp:posOffset>
          </wp:positionH>
          <wp:positionV relativeFrom="paragraph">
            <wp:posOffset>175260</wp:posOffset>
          </wp:positionV>
          <wp:extent cx="393700" cy="448310"/>
          <wp:effectExtent l="0" t="0" r="0" b="0"/>
          <wp:wrapSquare wrapText="bothSides"/>
          <wp:docPr id="6727826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782678" name="Imagen 672782678"/>
                  <pic:cNvPicPr/>
                </pic:nvPicPr>
                <pic:blipFill rotWithShape="1">
                  <a:blip r:embed="rId1"/>
                  <a:srcRect r="50754"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4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2E9D" w:rsidRPr="00ED3525">
      <w:rPr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30514444" wp14:editId="04C48F0E">
          <wp:simplePos x="0" y="0"/>
          <wp:positionH relativeFrom="column">
            <wp:posOffset>552450</wp:posOffset>
          </wp:positionH>
          <wp:positionV relativeFrom="paragraph">
            <wp:posOffset>267173</wp:posOffset>
          </wp:positionV>
          <wp:extent cx="1025525" cy="332105"/>
          <wp:effectExtent l="0" t="0" r="3175" b="0"/>
          <wp:wrapSquare wrapText="bothSides"/>
          <wp:docPr id="181406055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060552" name="Imagen 181406055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25525" cy="33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1392">
      <w:rPr>
        <w:sz w:val="18"/>
        <w:szCs w:val="18"/>
      </w:rPr>
      <w:t>Patrocinadore</w:t>
    </w:r>
    <w:r w:rsidR="006B756A" w:rsidRPr="00ED3525">
      <w:rPr>
        <w:sz w:val="18"/>
        <w:szCs w:val="18"/>
      </w:rPr>
      <w:t>s</w:t>
    </w:r>
  </w:p>
  <w:p w14:paraId="130A5FC0" w14:textId="5A4F18C7" w:rsidR="00B74682" w:rsidRDefault="001C2E9D" w:rsidP="00C51752">
    <w:r>
      <w:rPr>
        <w:noProof/>
      </w:rPr>
      <w:drawing>
        <wp:anchor distT="0" distB="0" distL="114300" distR="114300" simplePos="0" relativeHeight="251665408" behindDoc="0" locked="0" layoutInCell="1" allowOverlap="1" wp14:anchorId="1D47F7A1" wp14:editId="022E75D9">
          <wp:simplePos x="0" y="0"/>
          <wp:positionH relativeFrom="column">
            <wp:posOffset>5285740</wp:posOffset>
          </wp:positionH>
          <wp:positionV relativeFrom="paragraph">
            <wp:posOffset>6350</wp:posOffset>
          </wp:positionV>
          <wp:extent cx="890270" cy="298450"/>
          <wp:effectExtent l="0" t="0" r="0" b="6350"/>
          <wp:wrapSquare wrapText="bothSides"/>
          <wp:docPr id="53364399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643996" name="Imagen 533643996"/>
                  <pic:cNvPicPr/>
                </pic:nvPicPr>
                <pic:blipFill rotWithShape="1">
                  <a:blip r:embed="rId3"/>
                  <a:srcRect t="33948" b="32935"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298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D45AB65" wp14:editId="58DF78E7">
          <wp:simplePos x="0" y="0"/>
          <wp:positionH relativeFrom="column">
            <wp:posOffset>4077970</wp:posOffset>
          </wp:positionH>
          <wp:positionV relativeFrom="paragraph">
            <wp:posOffset>30480</wp:posOffset>
          </wp:positionV>
          <wp:extent cx="1097280" cy="273050"/>
          <wp:effectExtent l="0" t="0" r="0" b="6350"/>
          <wp:wrapSquare wrapText="bothSides"/>
          <wp:docPr id="125793420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934201" name="Imagen 1257934201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097280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81FAC03" wp14:editId="3072683F">
          <wp:simplePos x="0" y="0"/>
          <wp:positionH relativeFrom="column">
            <wp:posOffset>2860040</wp:posOffset>
          </wp:positionH>
          <wp:positionV relativeFrom="paragraph">
            <wp:posOffset>6985</wp:posOffset>
          </wp:positionV>
          <wp:extent cx="1098550" cy="297815"/>
          <wp:effectExtent l="0" t="0" r="6350" b="0"/>
          <wp:wrapSquare wrapText="bothSides"/>
          <wp:docPr id="2040225396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225396" name="Imagen 2040225396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098550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2E283D7" wp14:editId="2202FB80">
          <wp:simplePos x="0" y="0"/>
          <wp:positionH relativeFrom="column">
            <wp:posOffset>1670050</wp:posOffset>
          </wp:positionH>
          <wp:positionV relativeFrom="paragraph">
            <wp:posOffset>6985</wp:posOffset>
          </wp:positionV>
          <wp:extent cx="1082675" cy="298450"/>
          <wp:effectExtent l="0" t="0" r="0" b="6350"/>
          <wp:wrapSquare wrapText="bothSides"/>
          <wp:docPr id="47265494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654945" name="Imagen 472654945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08267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34A341" w14:textId="77777777" w:rsidR="00237F0D" w:rsidRDefault="00237F0D" w:rsidP="00C51752"/>
  <w:p w14:paraId="1007F58F" w14:textId="34E9161C" w:rsidR="00B74682" w:rsidRPr="00ED3525" w:rsidRDefault="00000000" w:rsidP="00ED3525">
    <w:pPr>
      <w:jc w:val="center"/>
      <w:rPr>
        <w:sz w:val="18"/>
        <w:szCs w:val="18"/>
      </w:rPr>
    </w:pPr>
    <w:r w:rsidRPr="00ED3525">
      <w:rPr>
        <w:sz w:val="18"/>
        <w:szCs w:val="18"/>
      </w:rPr>
      <w:t xml:space="preserve">www.isecs-zaragoza2027.net  ·  </w:t>
    </w:r>
    <w:r w:rsidR="00341392">
      <w:rPr>
        <w:sz w:val="18"/>
        <w:szCs w:val="18"/>
      </w:rPr>
      <w:t>Documento corporativo</w:t>
    </w:r>
    <w:r w:rsidRPr="00ED3525">
      <w:rPr>
        <w:sz w:val="18"/>
        <w:szCs w:val="18"/>
      </w:rPr>
      <w:t xml:space="preserve"> ISECS Zaragoza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3188F" w14:textId="77777777" w:rsidR="00BC3637" w:rsidRDefault="00BC3637" w:rsidP="00C51752">
      <w:r>
        <w:separator/>
      </w:r>
    </w:p>
  </w:footnote>
  <w:footnote w:type="continuationSeparator" w:id="0">
    <w:p w14:paraId="161F322F" w14:textId="77777777" w:rsidR="00BC3637" w:rsidRDefault="00BC3637" w:rsidP="00C51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BA1FE" w14:textId="77777777" w:rsidR="00B74682" w:rsidRDefault="00B74682" w:rsidP="00C51752">
    <w:pPr>
      <w:pStyle w:val="Encabezado"/>
    </w:pPr>
  </w:p>
  <w:tbl>
    <w:tblPr>
      <w:tblW w:w="9638" w:type="dxa"/>
      <w:jc w:val="center"/>
      <w:tblLayout w:type="fixed"/>
      <w:tblLook w:val="04A0" w:firstRow="1" w:lastRow="0" w:firstColumn="1" w:lastColumn="0" w:noHBand="0" w:noVBand="1"/>
    </w:tblPr>
    <w:tblGrid>
      <w:gridCol w:w="2952"/>
      <w:gridCol w:w="6686"/>
    </w:tblGrid>
    <w:tr w:rsidR="00B74682" w14:paraId="58E87799" w14:textId="77777777" w:rsidTr="00FB5359">
      <w:trPr>
        <w:jc w:val="center"/>
      </w:trPr>
      <w:tc>
        <w:tcPr>
          <w:tcW w:w="295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F32902C" w14:textId="5F526997" w:rsidR="00B74682" w:rsidRPr="00ED3525" w:rsidRDefault="00237F0D" w:rsidP="00ED3525">
          <w:pPr>
            <w:jc w:val="right"/>
            <w:rPr>
              <w:sz w:val="20"/>
              <w:szCs w:val="20"/>
            </w:rPr>
          </w:pPr>
          <w:r w:rsidRPr="00ED3525">
            <w:rPr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5D87CCDD" wp14:editId="439DA4EA">
                <wp:simplePos x="0" y="0"/>
                <wp:positionH relativeFrom="column">
                  <wp:posOffset>657860</wp:posOffset>
                </wp:positionH>
                <wp:positionV relativeFrom="paragraph">
                  <wp:posOffset>-1905</wp:posOffset>
                </wp:positionV>
                <wp:extent cx="990600" cy="651510"/>
                <wp:effectExtent l="0" t="0" r="0" b="0"/>
                <wp:wrapSquare wrapText="bothSides"/>
                <wp:docPr id="11548956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489563" name="Imagen 1154895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65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D3525">
            <w:rPr>
              <w:noProof/>
              <w:sz w:val="20"/>
              <w:szCs w:val="20"/>
            </w:rPr>
            <w:drawing>
              <wp:inline distT="0" distB="0" distL="0" distR="0" wp14:anchorId="59A896AF" wp14:editId="60446ED9">
                <wp:extent cx="648000" cy="648000"/>
                <wp:effectExtent l="0" t="0" r="0" b="0"/>
                <wp:docPr id="195093962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congres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1D1CE6A" w14:textId="06F5BB22" w:rsidR="00B74682" w:rsidRPr="00FB5359" w:rsidRDefault="006B756A" w:rsidP="00FB5359">
          <w:pPr>
            <w:jc w:val="right"/>
            <w:rPr>
              <w:b/>
              <w:bCs/>
              <w:color w:val="632423" w:themeColor="accent2" w:themeShade="80"/>
              <w:sz w:val="20"/>
              <w:szCs w:val="20"/>
            </w:rPr>
          </w:pPr>
          <w:r w:rsidRPr="00ED3525">
            <w:rPr>
              <w:b/>
              <w:bCs/>
              <w:color w:val="632423" w:themeColor="accent2" w:themeShade="80"/>
              <w:sz w:val="20"/>
              <w:szCs w:val="20"/>
            </w:rPr>
            <w:t>17</w:t>
          </w:r>
          <w:r w:rsidR="00FB5359">
            <w:rPr>
              <w:b/>
              <w:bCs/>
              <w:color w:val="632423" w:themeColor="accent2" w:themeShade="80"/>
              <w:sz w:val="20"/>
              <w:szCs w:val="20"/>
            </w:rPr>
            <w:t>º Congreso de la Sociedad Internacional de estudios del siglo XVIII</w:t>
          </w:r>
          <w:r w:rsidR="00237F0D" w:rsidRPr="00ED3525">
            <w:rPr>
              <w:color w:val="7A1E2C"/>
              <w:sz w:val="20"/>
              <w:szCs w:val="20"/>
            </w:rPr>
            <w:br/>
          </w:r>
          <w:r w:rsidR="00237F0D" w:rsidRPr="00ED3525">
            <w:rPr>
              <w:color w:val="595959"/>
              <w:sz w:val="20"/>
              <w:szCs w:val="20"/>
            </w:rPr>
            <w:t>Zaragoza, 12-16 de julio de 2027</w:t>
          </w:r>
        </w:p>
      </w:tc>
    </w:tr>
  </w:tbl>
  <w:p w14:paraId="6941002C" w14:textId="77777777" w:rsidR="00B74682" w:rsidRDefault="00B74682" w:rsidP="00C517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220B5C"/>
    <w:multiLevelType w:val="multilevel"/>
    <w:tmpl w:val="0B76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9814C9"/>
    <w:multiLevelType w:val="multilevel"/>
    <w:tmpl w:val="1C58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23892">
    <w:abstractNumId w:val="8"/>
  </w:num>
  <w:num w:numId="2" w16cid:durableId="1101802994">
    <w:abstractNumId w:val="6"/>
  </w:num>
  <w:num w:numId="3" w16cid:durableId="867445536">
    <w:abstractNumId w:val="5"/>
  </w:num>
  <w:num w:numId="4" w16cid:durableId="1906408420">
    <w:abstractNumId w:val="4"/>
  </w:num>
  <w:num w:numId="5" w16cid:durableId="1283462476">
    <w:abstractNumId w:val="7"/>
  </w:num>
  <w:num w:numId="6" w16cid:durableId="1013727640">
    <w:abstractNumId w:val="3"/>
  </w:num>
  <w:num w:numId="7" w16cid:durableId="1716539018">
    <w:abstractNumId w:val="2"/>
  </w:num>
  <w:num w:numId="8" w16cid:durableId="931355121">
    <w:abstractNumId w:val="1"/>
  </w:num>
  <w:num w:numId="9" w16cid:durableId="424881433">
    <w:abstractNumId w:val="0"/>
  </w:num>
  <w:num w:numId="10" w16cid:durableId="1595437667">
    <w:abstractNumId w:val="9"/>
  </w:num>
  <w:num w:numId="11" w16cid:durableId="1039357960">
    <w:abstractNumId w:val="10"/>
  </w:num>
  <w:num w:numId="12" w16cid:durableId="56946315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63721807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4B8"/>
    <w:rsid w:val="00034616"/>
    <w:rsid w:val="0006063C"/>
    <w:rsid w:val="0015074B"/>
    <w:rsid w:val="001C2E9D"/>
    <w:rsid w:val="00237F0D"/>
    <w:rsid w:val="0029639D"/>
    <w:rsid w:val="00326F90"/>
    <w:rsid w:val="00341392"/>
    <w:rsid w:val="005B5CAA"/>
    <w:rsid w:val="006B756A"/>
    <w:rsid w:val="00837F74"/>
    <w:rsid w:val="009D5246"/>
    <w:rsid w:val="00AA1D8D"/>
    <w:rsid w:val="00B07CA4"/>
    <w:rsid w:val="00B20616"/>
    <w:rsid w:val="00B47730"/>
    <w:rsid w:val="00B74682"/>
    <w:rsid w:val="00B86B24"/>
    <w:rsid w:val="00BC3637"/>
    <w:rsid w:val="00C51752"/>
    <w:rsid w:val="00CB0664"/>
    <w:rsid w:val="00D6479F"/>
    <w:rsid w:val="00E91265"/>
    <w:rsid w:val="00ED3525"/>
    <w:rsid w:val="00FB53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F70E4"/>
  <w14:defaultImageDpi w14:val="300"/>
  <w15:docId w15:val="{D7996873-48C8-DC48-AEE8-5C620D8D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752"/>
    <w:rPr>
      <w:rFonts w:ascii="Lato" w:eastAsia="Arial" w:hAnsi="Lato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FB5359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7A1E2C"/>
      <w:sz w:val="28"/>
      <w:szCs w:val="28"/>
      <w:lang w:val="es-ES" w:eastAsia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A1E2C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A1E2C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237F0D"/>
    <w:pPr>
      <w:spacing w:after="0" w:line="360" w:lineRule="auto"/>
    </w:pPr>
    <w:rPr>
      <w:rFonts w:ascii="Lato" w:hAnsi="Lato" w:cs="Arial"/>
      <w:b/>
      <w:bCs/>
      <w:i/>
      <w:iCs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FB5359"/>
    <w:rPr>
      <w:rFonts w:ascii="Lato" w:eastAsiaTheme="majorEastAsia" w:hAnsi="Lato" w:cstheme="majorBidi"/>
      <w:b/>
      <w:bCs/>
      <w:color w:val="7A1E2C"/>
      <w:sz w:val="28"/>
      <w:szCs w:val="28"/>
      <w:lang w:val="es-ES"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C51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C51752"/>
    <w:rPr>
      <w:rFonts w:ascii="Courier New" w:eastAsia="Times New Roman" w:hAnsi="Courier New" w:cs="Courier New"/>
      <w:sz w:val="20"/>
      <w:szCs w:val="20"/>
      <w:lang w:val="es-ES" w:eastAsia="es-ES_tradnl"/>
    </w:rPr>
  </w:style>
  <w:style w:type="paragraph" w:styleId="NormalWeb">
    <w:name w:val="Normal (Web)"/>
    <w:basedOn w:val="Normal"/>
    <w:uiPriority w:val="99"/>
    <w:unhideWhenUsed/>
    <w:rsid w:val="00FB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ES" w:eastAsia="es-ES_tradnl"/>
    </w:rPr>
  </w:style>
  <w:style w:type="character" w:styleId="Hipervnculo">
    <w:name w:val="Hyperlink"/>
    <w:basedOn w:val="Fuentedeprrafopredeter"/>
    <w:uiPriority w:val="99"/>
    <w:unhideWhenUsed/>
    <w:rsid w:val="00D647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ecs-zaragoza2027.ne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ecsbursaries@isecs-zaragoza2027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xe.com/fr/currencyconverte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ecsbursaries@isecs-zaragoza2027.ne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736</Words>
  <Characters>4049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Jesus Gamez Carazo</cp:lastModifiedBy>
  <cp:revision>11</cp:revision>
  <dcterms:created xsi:type="dcterms:W3CDTF">2013-12-23T23:15:00Z</dcterms:created>
  <dcterms:modified xsi:type="dcterms:W3CDTF">2026-05-31T21:21:00Z</dcterms:modified>
  <cp:category/>
</cp:coreProperties>
</file>