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4D0F" w14:textId="517F5B4D" w:rsidR="00E46904" w:rsidRDefault="00E46904" w:rsidP="00E46904">
      <w:pPr>
        <w:pStyle w:val="Ttulo1"/>
        <w:jc w:val="center"/>
      </w:pPr>
      <w:r w:rsidRPr="00E46904">
        <w:t>1</w:t>
      </w:r>
      <w:r>
        <w:t>7e</w:t>
      </w:r>
      <w:r w:rsidRPr="00E46904">
        <w:t xml:space="preserve"> Congrès International d´Etudes du Dix-Huitième Siècle</w:t>
      </w:r>
    </w:p>
    <w:p w14:paraId="0AD972F7" w14:textId="77777777" w:rsidR="00E46904" w:rsidRPr="00E46904" w:rsidRDefault="00E46904" w:rsidP="00E46904"/>
    <w:p w14:paraId="5B091AFB" w14:textId="77777777" w:rsidR="00E46904" w:rsidRPr="00E46904" w:rsidRDefault="00E46904" w:rsidP="00E46904">
      <w:pPr>
        <w:jc w:val="center"/>
        <w:rPr>
          <w:b/>
          <w:bCs/>
          <w:color w:val="auto"/>
        </w:rPr>
      </w:pPr>
      <w:r w:rsidRPr="00E46904">
        <w:rPr>
          <w:b/>
          <w:bCs/>
        </w:rPr>
        <w:t>Zaragoza (Espagne), 12-16 Juillet 2027</w:t>
      </w:r>
    </w:p>
    <w:p w14:paraId="075CE38E" w14:textId="77777777" w:rsidR="00E46904" w:rsidRPr="00E46904" w:rsidRDefault="00E46904" w:rsidP="00E46904">
      <w:pPr>
        <w:jc w:val="center"/>
        <w:rPr>
          <w:b/>
          <w:bCs/>
          <w:color w:val="auto"/>
        </w:rPr>
      </w:pPr>
      <w:r w:rsidRPr="00E46904">
        <w:rPr>
          <w:b/>
          <w:bCs/>
        </w:rPr>
        <w:t>www.isecs-zaragoza2027.net</w:t>
      </w:r>
    </w:p>
    <w:p w14:paraId="1192864C" w14:textId="77777777" w:rsidR="00E46904" w:rsidRPr="00E46904" w:rsidRDefault="00E46904" w:rsidP="006605C1">
      <w:pPr>
        <w:pStyle w:val="Ttulo2"/>
      </w:pPr>
    </w:p>
    <w:p w14:paraId="497218DA" w14:textId="77777777" w:rsidR="006605C1" w:rsidRPr="006605C1" w:rsidRDefault="006605C1" w:rsidP="006605C1">
      <w:pPr>
        <w:pStyle w:val="Ttulo2"/>
      </w:pPr>
      <w:r w:rsidRPr="006605C1">
        <w:t>BOURSES – Dossier de candidature</w:t>
      </w:r>
    </w:p>
    <w:p w14:paraId="09A83F32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  <w:b/>
          <w:bCs/>
        </w:rPr>
        <w:t>Date limite : 31 décembre 2026</w:t>
      </w:r>
    </w:p>
    <w:p w14:paraId="168D2175" w14:textId="77777777" w:rsidR="006605C1" w:rsidRPr="006605C1" w:rsidRDefault="006605C1" w:rsidP="006605C1"/>
    <w:p w14:paraId="3F493323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 xml:space="preserve">Veuillez soumettre ce formulaire complété, au plus tard le 31 décembre 2026, à l’adresse </w:t>
      </w:r>
      <w:hyperlink r:id="rId8" w:history="1">
        <w:r w:rsidRPr="006605C1">
          <w:rPr>
            <w:rStyle w:val="Hipervnculo"/>
            <w:rFonts w:ascii="Lato" w:hAnsi="Lato"/>
            <w:b/>
            <w:bCs/>
          </w:rPr>
          <w:t>isecsbursaries@isecs-zaragoza2027.net</w:t>
        </w:r>
      </w:hyperlink>
      <w:r w:rsidRPr="006605C1">
        <w:rPr>
          <w:rFonts w:ascii="Lato" w:hAnsi="Lato"/>
          <w:b/>
          <w:bCs/>
          <w:u w:val="single"/>
        </w:rPr>
        <w:t> </w:t>
      </w:r>
      <w:r w:rsidRPr="006605C1">
        <w:rPr>
          <w:rFonts w:ascii="Lato" w:hAnsi="Lato"/>
          <w:b/>
          <w:bCs/>
        </w:rPr>
        <w:t> </w:t>
      </w:r>
      <w:r w:rsidRPr="006605C1">
        <w:rPr>
          <w:rFonts w:ascii="Lato" w:hAnsi="Lato"/>
        </w:rPr>
        <w:t> </w:t>
      </w:r>
    </w:p>
    <w:p w14:paraId="763B90F1" w14:textId="77777777" w:rsidR="006605C1" w:rsidRPr="006605C1" w:rsidRDefault="006605C1" w:rsidP="006605C1"/>
    <w:p w14:paraId="66345579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  <w:b/>
          <w:bCs/>
        </w:rPr>
        <w:t xml:space="preserve">IMPORTANT : </w:t>
      </w:r>
      <w:r w:rsidRPr="006605C1">
        <w:rPr>
          <w:rFonts w:ascii="Lato" w:hAnsi="Lato"/>
        </w:rPr>
        <w:t>La priorité sera donnée à celles et ceux qui comptent présenter une communication au Congrès de Zaragoza, et qui font partie de l’une de ces catégories : étudiant.e.s aux cycles supérieurs ; jeunes chercheur.e.s ; collègues confrontés à des frais de voyage anormalement élevés ; membres de groupes minoritaires traditionnellement sous-représentés.</w:t>
      </w:r>
    </w:p>
    <w:p w14:paraId="00C000C4" w14:textId="77777777" w:rsidR="006605C1" w:rsidRPr="006605C1" w:rsidRDefault="006605C1" w:rsidP="006605C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8"/>
        <w:gridCol w:w="303"/>
        <w:gridCol w:w="302"/>
        <w:gridCol w:w="684"/>
        <w:gridCol w:w="1847"/>
      </w:tblGrid>
      <w:tr w:rsidR="006605C1" w:rsidRPr="006605C1" w14:paraId="0EB61092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A11B4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  <w:smallCaps/>
              </w:rPr>
              <w:t xml:space="preserve"> SUJET DE LA COMMUNICATION PRÉSENTÉE AU CONGRÈS</w:t>
            </w:r>
          </w:p>
        </w:tc>
      </w:tr>
      <w:tr w:rsidR="006605C1" w:rsidRPr="006605C1" w14:paraId="7B9BEA39" w14:textId="77777777">
        <w:trPr>
          <w:trHeight w:val="84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5860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Votre nom et adresse électronique (merci d’écrire en caractères lisibles)</w:t>
            </w:r>
          </w:p>
          <w:p w14:paraId="7D994293" w14:textId="77777777" w:rsidR="006605C1" w:rsidRPr="006605C1" w:rsidRDefault="006605C1" w:rsidP="006605C1"/>
        </w:tc>
      </w:tr>
      <w:tr w:rsidR="006605C1" w:rsidRPr="006605C1" w14:paraId="2182E621" w14:textId="77777777">
        <w:trPr>
          <w:trHeight w:val="952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9168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Titre de la contribution :</w:t>
            </w:r>
          </w:p>
          <w:p w14:paraId="645810A1" w14:textId="77777777" w:rsidR="006605C1" w:rsidRPr="006605C1" w:rsidRDefault="006605C1" w:rsidP="006605C1"/>
        </w:tc>
      </w:tr>
      <w:tr w:rsidR="006605C1" w:rsidRPr="006605C1" w14:paraId="1D9CE244" w14:textId="77777777">
        <w:trPr>
          <w:trHeight w:val="72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3A35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Nom de la session où la contribution sera présentée (si connu) :</w:t>
            </w:r>
          </w:p>
        </w:tc>
      </w:tr>
      <w:tr w:rsidR="006605C1" w:rsidRPr="006605C1" w14:paraId="0B1B672D" w14:textId="77777777">
        <w:trPr>
          <w:trHeight w:val="31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0A78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lastRenderedPageBreak/>
              <w:t>Bref résumé de la contribution (100 mots max.) :</w:t>
            </w:r>
          </w:p>
        </w:tc>
      </w:tr>
      <w:tr w:rsidR="006605C1" w:rsidRPr="006605C1" w14:paraId="2DD7EA40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EB10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  <w:smallCaps/>
              </w:rPr>
              <w:t>INFORMATIONS PERSONNELLES</w:t>
            </w:r>
            <w:r w:rsidRPr="006605C1">
              <w:rPr>
                <w:rFonts w:ascii="Lato" w:hAnsi="Lato"/>
                <w:b/>
                <w:bCs/>
                <w:i/>
                <w:iCs/>
                <w:smallCaps/>
              </w:rPr>
              <w:t> </w:t>
            </w:r>
          </w:p>
          <w:p w14:paraId="22B383C1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  <w:i/>
                <w:iCs/>
              </w:rPr>
              <w:t>Veuillez noter que certaines rubriques du formulaire peuvent ne pas s’appliquer à l’ensemble des jeunes chercheur.e.s</w:t>
            </w:r>
          </w:p>
          <w:p w14:paraId="5BD24CC4" w14:textId="77777777" w:rsidR="006605C1" w:rsidRPr="006605C1" w:rsidRDefault="006605C1" w:rsidP="006605C1"/>
        </w:tc>
      </w:tr>
      <w:tr w:rsidR="006605C1" w:rsidRPr="006605C1" w14:paraId="66EEBF1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5411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Prénom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00092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Nom(s) de famille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A633" w14:textId="77777777" w:rsidR="006605C1" w:rsidRPr="006605C1" w:rsidRDefault="006605C1" w:rsidP="006605C1"/>
        </w:tc>
      </w:tr>
      <w:tr w:rsidR="006605C1" w:rsidRPr="006605C1" w14:paraId="330E1121" w14:textId="77777777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3AB5" w14:textId="77777777" w:rsidR="006605C1" w:rsidRPr="006605C1" w:rsidRDefault="006605C1" w:rsidP="006605C1">
            <w:pPr>
              <w:spacing w:after="240"/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73209" w14:textId="77777777" w:rsidR="006605C1" w:rsidRPr="006605C1" w:rsidRDefault="006605C1" w:rsidP="006605C1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7358B" w14:textId="77777777" w:rsidR="006605C1" w:rsidRPr="006605C1" w:rsidRDefault="006605C1" w:rsidP="006605C1"/>
        </w:tc>
      </w:tr>
      <w:tr w:rsidR="006605C1" w:rsidRPr="006605C1" w14:paraId="53C163BA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ED97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Nationalité</w:t>
            </w:r>
          </w:p>
          <w:p w14:paraId="3AAE8216" w14:textId="77777777" w:rsidR="006605C1" w:rsidRPr="006605C1" w:rsidRDefault="006605C1" w:rsidP="006605C1"/>
        </w:tc>
      </w:tr>
      <w:tr w:rsidR="006605C1" w:rsidRPr="006605C1" w14:paraId="6BA18E6D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B954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Veuillez préciser votre appartenance universitaire et/ou situation professionnelle, et identifier votre département et votre institution</w:t>
            </w:r>
          </w:p>
        </w:tc>
      </w:tr>
      <w:tr w:rsidR="006605C1" w:rsidRPr="006605C1" w14:paraId="526F6EDE" w14:textId="77777777">
        <w:trPr>
          <w:trHeight w:val="179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CD4E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Étudiant.e au doctorat □   Chercheur.e postdoctoral.e □    Maître de conférences □      </w:t>
            </w:r>
          </w:p>
          <w:p w14:paraId="048DFDC9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Professeur.e associé.e □ Professeur.e □ Autre, incl. travailleur.e autonome (veuillez préciser) : </w:t>
            </w:r>
          </w:p>
          <w:p w14:paraId="564DB054" w14:textId="77777777" w:rsidR="006605C1" w:rsidRPr="006605C1" w:rsidRDefault="006605C1" w:rsidP="006605C1"/>
          <w:p w14:paraId="7D727C13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Départment et institution : </w:t>
            </w:r>
          </w:p>
          <w:p w14:paraId="2C0EE4E2" w14:textId="77777777" w:rsidR="006605C1" w:rsidRPr="006605C1" w:rsidRDefault="006605C1" w:rsidP="006605C1"/>
        </w:tc>
      </w:tr>
      <w:tr w:rsidR="006605C1" w:rsidRPr="006605C1" w14:paraId="64D0DC84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D2067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Diplômes (en débutant par le plus récent ; précisez la discipline et l’institution) :</w:t>
            </w:r>
          </w:p>
        </w:tc>
      </w:tr>
      <w:tr w:rsidR="006605C1" w:rsidRPr="006605C1" w14:paraId="518D1A48" w14:textId="77777777">
        <w:trPr>
          <w:trHeight w:val="86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B0A2" w14:textId="77777777" w:rsidR="006605C1" w:rsidRPr="006605C1" w:rsidRDefault="006605C1" w:rsidP="006605C1">
            <w:pPr>
              <w:spacing w:after="240"/>
            </w:pPr>
            <w:r w:rsidRPr="006605C1">
              <w:br/>
            </w:r>
            <w:r w:rsidRPr="006605C1">
              <w:br/>
            </w:r>
          </w:p>
        </w:tc>
      </w:tr>
      <w:tr w:rsidR="006605C1" w:rsidRPr="006605C1" w14:paraId="0F2D46DB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176C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Jusqu’à trois publications pertinentes à votre présentation, s’il y a lieu (en débutant par la plus récente) :</w:t>
            </w:r>
          </w:p>
        </w:tc>
      </w:tr>
      <w:tr w:rsidR="006605C1" w:rsidRPr="006605C1" w14:paraId="4D41D56F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F103" w14:textId="77777777" w:rsidR="006605C1" w:rsidRPr="006605C1" w:rsidRDefault="006605C1" w:rsidP="006605C1">
            <w:pPr>
              <w:spacing w:after="240"/>
            </w:pPr>
            <w:r w:rsidRPr="006605C1">
              <w:br/>
            </w:r>
            <w:r w:rsidRPr="006605C1">
              <w:br/>
            </w:r>
            <w:r w:rsidRPr="006605C1">
              <w:br/>
            </w:r>
            <w:r w:rsidRPr="006605C1">
              <w:lastRenderedPageBreak/>
              <w:br/>
            </w:r>
          </w:p>
        </w:tc>
      </w:tr>
      <w:tr w:rsidR="006605C1" w:rsidRPr="006605C1" w14:paraId="4BFFA128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D8E4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lastRenderedPageBreak/>
              <w:t>Autres informations personnelles, incluant l’appartenance à un groupe minoritaire (nous vous laissons juger de la pertinence de ce que vous inscrivez ici) :</w:t>
            </w:r>
          </w:p>
          <w:p w14:paraId="027E8D4E" w14:textId="77777777" w:rsidR="006605C1" w:rsidRPr="006605C1" w:rsidRDefault="006605C1" w:rsidP="006605C1">
            <w:pPr>
              <w:spacing w:after="240"/>
            </w:pPr>
            <w:r w:rsidRPr="006605C1">
              <w:br/>
            </w:r>
            <w:r w:rsidRPr="006605C1">
              <w:br/>
            </w:r>
          </w:p>
        </w:tc>
      </w:tr>
      <w:tr w:rsidR="006605C1" w:rsidRPr="006605C1" w14:paraId="54D827CC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61BD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 xml:space="preserve"> </w:t>
            </w:r>
            <w:r w:rsidRPr="006605C1">
              <w:rPr>
                <w:rFonts w:ascii="Lato" w:hAnsi="Lato"/>
                <w:b/>
                <w:bCs/>
                <w:smallCaps/>
              </w:rPr>
              <w:t>ESTIMATION DES BESOINS FINANCIERS</w:t>
            </w:r>
          </w:p>
          <w:p w14:paraId="437050D9" w14:textId="77777777" w:rsidR="006605C1" w:rsidRPr="006605C1" w:rsidRDefault="006605C1" w:rsidP="006605C1"/>
          <w:p w14:paraId="46DA6FB8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 xml:space="preserve">Merci de convertir les montants en Euros, en utilisant un convertisseur de devises tel que </w:t>
            </w:r>
            <w:hyperlink r:id="rId9" w:history="1">
              <w:r w:rsidRPr="006605C1">
                <w:rPr>
                  <w:rStyle w:val="Hipervnculo"/>
                  <w:rFonts w:ascii="Lato" w:hAnsi="Lato"/>
                  <w:b/>
                  <w:bCs/>
                </w:rPr>
                <w:t>https://www.xe.com/fr/currencyconverter/</w:t>
              </w:r>
            </w:hyperlink>
          </w:p>
          <w:p w14:paraId="44FCCC58" w14:textId="77777777" w:rsidR="006605C1" w:rsidRPr="006605C1" w:rsidRDefault="006605C1" w:rsidP="006605C1"/>
          <w:p w14:paraId="31383864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Veuillez noter qu’il n’est pas nécessaire de réclamer un montant pour toutes les rubriques, et que les bourses peuvent être attribuées pour une partie ou pour l’ensemble des montants demandés</w:t>
            </w:r>
          </w:p>
        </w:tc>
      </w:tr>
      <w:tr w:rsidR="006605C1" w:rsidRPr="006605C1" w14:paraId="5B921934" w14:textId="77777777">
        <w:trPr>
          <w:trHeight w:val="59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A44A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Lieu de départ vers Zaragoza 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62EE" w14:textId="77777777" w:rsidR="006605C1" w:rsidRPr="006605C1" w:rsidRDefault="006605C1" w:rsidP="006605C1"/>
        </w:tc>
      </w:tr>
      <w:tr w:rsidR="006605C1" w:rsidRPr="006605C1" w14:paraId="6DAC0FC3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CA71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  <w:i/>
                <w:iCs/>
              </w:rPr>
              <w:t>BUDGET DÉTAILLÉ – Coût estimé du transport</w:t>
            </w:r>
          </w:p>
        </w:tc>
      </w:tr>
      <w:tr w:rsidR="006605C1" w:rsidRPr="006605C1" w14:paraId="5C0EC8BA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AD50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A. Billet d’avion Aller/Retour depuis l’aéroport d’origine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D179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 xml:space="preserve">                   (Euros) </w:t>
            </w:r>
          </w:p>
        </w:tc>
      </w:tr>
      <w:tr w:rsidR="006605C1" w:rsidRPr="006605C1" w14:paraId="34E510CD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6322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B. Billet de train Aller/Retour depuis la gare d’origine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2E7D7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 xml:space="preserve">                   (Euros) </w:t>
            </w:r>
          </w:p>
        </w:tc>
      </w:tr>
      <w:tr w:rsidR="006605C1" w:rsidRPr="006605C1" w14:paraId="01B84210" w14:textId="77777777">
        <w:trPr>
          <w:trHeight w:val="49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5F50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C. Autres coûts de transport nécessaires (préciser svp)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6DE9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 xml:space="preserve">                   (Euros) </w:t>
            </w:r>
          </w:p>
        </w:tc>
      </w:tr>
      <w:tr w:rsidR="006605C1" w:rsidRPr="006605C1" w14:paraId="0DE95BD1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1F0E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Coût total du transport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1B41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 xml:space="preserve">                   (Euros) </w:t>
            </w:r>
          </w:p>
        </w:tc>
      </w:tr>
      <w:tr w:rsidR="006605C1" w:rsidRPr="006605C1" w14:paraId="0F9DBF25" w14:textId="77777777">
        <w:trPr>
          <w:trHeight w:val="118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142D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Frais d’inscription au Congrès de Zaragoza :</w:t>
            </w:r>
          </w:p>
          <w:p w14:paraId="1C36E57B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Jusqu’au 28</w:t>
            </w:r>
            <w:r w:rsidRPr="006605C1">
              <w:rPr>
                <w:rFonts w:ascii="Lato" w:hAnsi="Lato"/>
                <w:vertAlign w:val="superscript"/>
              </w:rPr>
              <w:t>ème</w:t>
            </w:r>
            <w:r w:rsidRPr="006605C1">
              <w:rPr>
                <w:rFonts w:ascii="Lato" w:hAnsi="Lato"/>
              </w:rPr>
              <w:t xml:space="preserve"> février 2027 = € 245,00 ; après le 1</w:t>
            </w:r>
            <w:r w:rsidRPr="006605C1">
              <w:rPr>
                <w:rFonts w:ascii="Lato" w:hAnsi="Lato"/>
                <w:vertAlign w:val="superscript"/>
              </w:rPr>
              <w:t>e</w:t>
            </w:r>
            <w:r w:rsidRPr="006605C1">
              <w:rPr>
                <w:rFonts w:ascii="Lato" w:hAnsi="Lato"/>
              </w:rPr>
              <w:t xml:space="preserve"> mars 2027 = € 295,00</w:t>
            </w:r>
          </w:p>
          <w:p w14:paraId="010E5F14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Étudiant.e, retraité.e, sans emploi = € 180,00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2902" w14:textId="77777777" w:rsidR="006605C1" w:rsidRPr="006605C1" w:rsidRDefault="006605C1" w:rsidP="006605C1"/>
          <w:p w14:paraId="13CBE1AF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                   (Euros)</w:t>
            </w:r>
          </w:p>
        </w:tc>
      </w:tr>
      <w:tr w:rsidR="006605C1" w:rsidRPr="006605C1" w14:paraId="763CE6EE" w14:textId="77777777">
        <w:trPr>
          <w:trHeight w:val="56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B1FE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  <w:b/>
                <w:bCs/>
              </w:rPr>
              <w:t>SOMME TOTALE DEMANDÉE 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1A4D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 xml:space="preserve">                   (Euros)</w:t>
            </w:r>
          </w:p>
        </w:tc>
      </w:tr>
      <w:tr w:rsidR="006605C1" w:rsidRPr="006605C1" w14:paraId="5E825B51" w14:textId="77777777">
        <w:trPr>
          <w:trHeight w:val="104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30B9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Tout autre coût inévitable pour lequel une aide est demandée : (veuillez préciser)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F137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     </w:t>
            </w:r>
          </w:p>
          <w:p w14:paraId="0F9B93D0" w14:textId="77777777" w:rsidR="006605C1" w:rsidRPr="006605C1" w:rsidRDefault="006605C1" w:rsidP="006605C1">
            <w:pPr>
              <w:pStyle w:val="NormalWeb"/>
              <w:spacing w:before="0" w:beforeAutospacing="0" w:after="0" w:afterAutospacing="0" w:line="276" w:lineRule="auto"/>
              <w:rPr>
                <w:rFonts w:ascii="Lato" w:hAnsi="Lato"/>
              </w:rPr>
            </w:pPr>
            <w:r w:rsidRPr="006605C1">
              <w:rPr>
                <w:rFonts w:ascii="Lato" w:hAnsi="Lato"/>
              </w:rPr>
              <w:t>                   (Euros) </w:t>
            </w:r>
          </w:p>
        </w:tc>
      </w:tr>
    </w:tbl>
    <w:p w14:paraId="44B3C691" w14:textId="77777777" w:rsidR="006605C1" w:rsidRDefault="006605C1" w:rsidP="006605C1">
      <w:pPr>
        <w:pStyle w:val="NormalWeb"/>
        <w:spacing w:before="0" w:beforeAutospacing="0" w:after="0" w:afterAutospacing="0" w:line="276" w:lineRule="auto"/>
        <w:jc w:val="center"/>
        <w:rPr>
          <w:rFonts w:ascii="Lato" w:hAnsi="Lato"/>
          <w:b/>
          <w:bCs/>
        </w:rPr>
      </w:pPr>
    </w:p>
    <w:p w14:paraId="7A1734FD" w14:textId="77777777" w:rsidR="006605C1" w:rsidRDefault="006605C1" w:rsidP="006605C1">
      <w:pPr>
        <w:pStyle w:val="NormalWeb"/>
        <w:spacing w:before="0" w:beforeAutospacing="0" w:after="0" w:afterAutospacing="0" w:line="276" w:lineRule="auto"/>
        <w:jc w:val="center"/>
        <w:rPr>
          <w:rFonts w:ascii="Lato" w:hAnsi="Lato"/>
          <w:b/>
          <w:bCs/>
        </w:rPr>
      </w:pPr>
    </w:p>
    <w:p w14:paraId="533313F0" w14:textId="77777777" w:rsidR="006605C1" w:rsidRDefault="006605C1" w:rsidP="006605C1">
      <w:pPr>
        <w:pStyle w:val="NormalWeb"/>
        <w:spacing w:before="0" w:beforeAutospacing="0" w:after="0" w:afterAutospacing="0" w:line="276" w:lineRule="auto"/>
        <w:jc w:val="center"/>
        <w:rPr>
          <w:rFonts w:ascii="Lato" w:hAnsi="Lato"/>
          <w:b/>
          <w:bCs/>
        </w:rPr>
      </w:pPr>
    </w:p>
    <w:p w14:paraId="060CDDC5" w14:textId="77777777" w:rsidR="006605C1" w:rsidRDefault="006605C1" w:rsidP="006605C1">
      <w:pPr>
        <w:pStyle w:val="NormalWeb"/>
        <w:spacing w:before="0" w:beforeAutospacing="0" w:after="0" w:afterAutospacing="0" w:line="276" w:lineRule="auto"/>
        <w:jc w:val="center"/>
        <w:rPr>
          <w:rFonts w:ascii="Lato" w:hAnsi="Lato"/>
          <w:b/>
          <w:bCs/>
        </w:rPr>
      </w:pPr>
    </w:p>
    <w:p w14:paraId="49F61A93" w14:textId="2116E2F0" w:rsidR="006605C1" w:rsidRPr="006605C1" w:rsidRDefault="006605C1" w:rsidP="006605C1">
      <w:pPr>
        <w:pStyle w:val="Ttulo2"/>
      </w:pPr>
      <w:r w:rsidRPr="006605C1">
        <w:lastRenderedPageBreak/>
        <w:t>Lettre de recommandation</w:t>
      </w:r>
    </w:p>
    <w:p w14:paraId="016665AE" w14:textId="77777777" w:rsidR="006605C1" w:rsidRPr="006605C1" w:rsidRDefault="006605C1" w:rsidP="006605C1"/>
    <w:p w14:paraId="50576361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 xml:space="preserve">Votre demande </w:t>
      </w:r>
      <w:r w:rsidRPr="006605C1">
        <w:rPr>
          <w:rFonts w:ascii="Lato" w:hAnsi="Lato"/>
          <w:i/>
          <w:iCs/>
        </w:rPr>
        <w:t>doit</w:t>
      </w:r>
      <w:r w:rsidRPr="006605C1">
        <w:rPr>
          <w:rFonts w:ascii="Lato" w:hAnsi="Lato"/>
        </w:rPr>
        <w:t xml:space="preserve"> être accompagnée d’une lettre de recommandation. Cette lettre ne devrait pas dépasser une page au format A4 (de préférence en </w:t>
      </w:r>
      <w:r w:rsidRPr="006605C1">
        <w:rPr>
          <w:rFonts w:ascii="Lato" w:hAnsi="Lato"/>
          <w:i/>
          <w:iCs/>
        </w:rPr>
        <w:t>Times New Roman</w:t>
      </w:r>
      <w:r w:rsidRPr="006605C1">
        <w:rPr>
          <w:rFonts w:ascii="Lato" w:hAnsi="Lato"/>
        </w:rPr>
        <w:t xml:space="preserve"> 12 points, avec un interligne de 1,5) et doit être rédigée par un.e chercheur.e établi qui connait bien vos travaux et publications.</w:t>
      </w:r>
    </w:p>
    <w:p w14:paraId="438C6FA8" w14:textId="77777777" w:rsidR="006605C1" w:rsidRPr="006605C1" w:rsidRDefault="006605C1" w:rsidP="006605C1"/>
    <w:p w14:paraId="7DA46927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>La lettre doit aborder les aspects suivants :</w:t>
      </w:r>
    </w:p>
    <w:p w14:paraId="2762F74E" w14:textId="77777777" w:rsidR="006605C1" w:rsidRPr="006605C1" w:rsidRDefault="006605C1" w:rsidP="006605C1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Connaissance du candidat / de la candidate.</w:t>
      </w:r>
    </w:p>
    <w:p w14:paraId="1AB621A9" w14:textId="77777777" w:rsidR="006605C1" w:rsidRPr="006605C1" w:rsidRDefault="006605C1" w:rsidP="006605C1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Originalité et qualité de ses travaux.</w:t>
      </w:r>
    </w:p>
    <w:p w14:paraId="58361E52" w14:textId="77777777" w:rsidR="006605C1" w:rsidRPr="006605C1" w:rsidRDefault="006605C1" w:rsidP="006605C1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Importance de la présentation dans le Congrès pour son parcours académique et professionnel.</w:t>
      </w:r>
    </w:p>
    <w:p w14:paraId="2F360608" w14:textId="77777777" w:rsidR="006605C1" w:rsidRPr="006605C1" w:rsidRDefault="006605C1" w:rsidP="006605C1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Maîtrise de la langue dans laquelle le candidat / la candidate souhaite présenter sa communication.</w:t>
      </w:r>
    </w:p>
    <w:p w14:paraId="46923D5E" w14:textId="77777777" w:rsidR="006605C1" w:rsidRPr="006605C1" w:rsidRDefault="006605C1" w:rsidP="006605C1">
      <w:pPr>
        <w:rPr>
          <w:color w:val="auto"/>
        </w:rPr>
      </w:pPr>
    </w:p>
    <w:p w14:paraId="73491E88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>Elle doit également comprendre les informations suivantes : </w:t>
      </w:r>
    </w:p>
    <w:p w14:paraId="57252A03" w14:textId="77777777" w:rsidR="006605C1" w:rsidRPr="006605C1" w:rsidRDefault="006605C1" w:rsidP="006605C1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Nom du candidat / de la candidate, bien visible au haut de la page.</w:t>
      </w:r>
    </w:p>
    <w:p w14:paraId="47C9906D" w14:textId="77777777" w:rsidR="006605C1" w:rsidRPr="006605C1" w:rsidRDefault="006605C1" w:rsidP="006605C1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Lieu et date de rédaction de la lettre.</w:t>
      </w:r>
    </w:p>
    <w:p w14:paraId="1AB68F8D" w14:textId="77777777" w:rsidR="006605C1" w:rsidRPr="006605C1" w:rsidRDefault="006605C1" w:rsidP="006605C1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textAlignment w:val="baseline"/>
        <w:rPr>
          <w:rFonts w:ascii="Lato" w:hAnsi="Lato"/>
        </w:rPr>
      </w:pPr>
      <w:r w:rsidRPr="006605C1">
        <w:rPr>
          <w:rFonts w:ascii="Lato" w:hAnsi="Lato"/>
        </w:rPr>
        <w:t>À propos du répondant :</w:t>
      </w:r>
    </w:p>
    <w:p w14:paraId="68ADC18D" w14:textId="77777777" w:rsidR="006605C1" w:rsidRPr="006605C1" w:rsidRDefault="006605C1" w:rsidP="006605C1">
      <w:pPr>
        <w:pStyle w:val="NormalWeb"/>
        <w:numPr>
          <w:ilvl w:val="1"/>
          <w:numId w:val="14"/>
        </w:numPr>
        <w:spacing w:before="0" w:beforeAutospacing="0" w:after="0" w:afterAutospacing="0" w:line="276" w:lineRule="auto"/>
        <w:textAlignment w:val="baseline"/>
        <w:rPr>
          <w:rFonts w:ascii="Lato" w:hAnsi="Lato" w:cs="Arial"/>
        </w:rPr>
      </w:pPr>
      <w:r w:rsidRPr="006605C1">
        <w:rPr>
          <w:rFonts w:ascii="Lato" w:hAnsi="Lato"/>
        </w:rPr>
        <w:t>Nom(s), prénom et titre(s) complet(s).</w:t>
      </w:r>
    </w:p>
    <w:p w14:paraId="6CE73A4D" w14:textId="77777777" w:rsidR="006605C1" w:rsidRPr="006605C1" w:rsidRDefault="006605C1" w:rsidP="006605C1">
      <w:pPr>
        <w:pStyle w:val="NormalWeb"/>
        <w:numPr>
          <w:ilvl w:val="1"/>
          <w:numId w:val="15"/>
        </w:numPr>
        <w:spacing w:before="0" w:beforeAutospacing="0" w:after="0" w:afterAutospacing="0" w:line="276" w:lineRule="auto"/>
        <w:textAlignment w:val="baseline"/>
        <w:rPr>
          <w:rFonts w:ascii="Lato" w:hAnsi="Lato" w:cs="Arial"/>
        </w:rPr>
      </w:pPr>
      <w:r w:rsidRPr="006605C1">
        <w:rPr>
          <w:rFonts w:ascii="Lato" w:hAnsi="Lato"/>
        </w:rPr>
        <w:t>Position actuelle, incluant le département et l’institution.</w:t>
      </w:r>
    </w:p>
    <w:p w14:paraId="7DB49461" w14:textId="77777777" w:rsidR="006605C1" w:rsidRPr="006605C1" w:rsidRDefault="006605C1" w:rsidP="006605C1">
      <w:pPr>
        <w:rPr>
          <w:color w:val="auto"/>
        </w:rPr>
      </w:pPr>
    </w:p>
    <w:p w14:paraId="13AD498C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 xml:space="preserve">Le répondant doit soumettre la lettre de recommandation DIRECTEMENT au comité de sélection, en mentionnant clairement le nom du candidat / de la candidate dans le titre du e mail, avant la date limite du 31 décembre 2026, par courrier électronique, à l’adresse </w:t>
      </w:r>
      <w:hyperlink r:id="rId10" w:history="1">
        <w:r w:rsidRPr="006605C1">
          <w:rPr>
            <w:rStyle w:val="Hipervnculo"/>
            <w:rFonts w:ascii="Lato" w:hAnsi="Lato"/>
            <w:b/>
            <w:bCs/>
          </w:rPr>
          <w:t>isecsbursaries@isecs-zaragoza2027.net</w:t>
        </w:r>
      </w:hyperlink>
      <w:r w:rsidRPr="006605C1">
        <w:rPr>
          <w:rFonts w:ascii="Lato" w:hAnsi="Lato"/>
          <w:b/>
          <w:bCs/>
          <w:u w:val="single"/>
        </w:rPr>
        <w:t> </w:t>
      </w:r>
      <w:r w:rsidRPr="006605C1">
        <w:rPr>
          <w:rFonts w:ascii="Lato" w:hAnsi="Lato"/>
          <w:b/>
          <w:bCs/>
        </w:rPr>
        <w:t> </w:t>
      </w:r>
      <w:r w:rsidRPr="006605C1">
        <w:rPr>
          <w:rFonts w:ascii="Lato" w:hAnsi="Lato"/>
        </w:rPr>
        <w:t>–</w:t>
      </w:r>
      <w:r w:rsidRPr="006605C1">
        <w:rPr>
          <w:rFonts w:ascii="Lato" w:hAnsi="Lato"/>
          <w:b/>
          <w:bCs/>
        </w:rPr>
        <w:t xml:space="preserve"> </w:t>
      </w:r>
      <w:r w:rsidRPr="006605C1">
        <w:rPr>
          <w:rFonts w:ascii="Lato" w:hAnsi="Lato"/>
        </w:rPr>
        <w:t xml:space="preserve">prière d’indiquer </w:t>
      </w:r>
      <w:r w:rsidRPr="006605C1">
        <w:rPr>
          <w:rFonts w:ascii="Lato" w:hAnsi="Lato"/>
          <w:i/>
          <w:iCs/>
        </w:rPr>
        <w:t>Lettre de recommandation + nom du candidat / de la candidate</w:t>
      </w:r>
      <w:r w:rsidRPr="006605C1">
        <w:rPr>
          <w:rFonts w:ascii="Lato" w:hAnsi="Lato"/>
        </w:rPr>
        <w:t xml:space="preserve"> comme objet du message</w:t>
      </w:r>
      <w:r w:rsidRPr="006605C1">
        <w:rPr>
          <w:rFonts w:ascii="Lato" w:hAnsi="Lato"/>
          <w:i/>
          <w:iCs/>
        </w:rPr>
        <w:t>.</w:t>
      </w:r>
    </w:p>
    <w:p w14:paraId="79EB4085" w14:textId="77777777" w:rsidR="006605C1" w:rsidRPr="006605C1" w:rsidRDefault="006605C1" w:rsidP="006605C1"/>
    <w:p w14:paraId="51172527" w14:textId="77777777" w:rsidR="006605C1" w:rsidRPr="006605C1" w:rsidRDefault="006605C1" w:rsidP="006605C1">
      <w:pPr>
        <w:pStyle w:val="NormalWeb"/>
        <w:spacing w:before="0" w:beforeAutospacing="0" w:after="0" w:afterAutospacing="0" w:line="276" w:lineRule="auto"/>
        <w:rPr>
          <w:rFonts w:ascii="Lato" w:hAnsi="Lato"/>
        </w:rPr>
      </w:pPr>
      <w:r w:rsidRPr="006605C1">
        <w:rPr>
          <w:rFonts w:ascii="Lato" w:hAnsi="Lato"/>
        </w:rPr>
        <w:t>Note finale : la SIEDS remercie tous les répondants pour leur collaboration.</w:t>
      </w:r>
    </w:p>
    <w:p w14:paraId="7FF92627" w14:textId="77777777" w:rsidR="006605C1" w:rsidRPr="006605C1" w:rsidRDefault="006605C1" w:rsidP="006605C1"/>
    <w:p w14:paraId="43CF3BC7" w14:textId="38A36C45" w:rsidR="00B74682" w:rsidRPr="006605C1" w:rsidRDefault="00B74682" w:rsidP="006605C1"/>
    <w:sectPr w:rsidR="00B74682" w:rsidRPr="006605C1" w:rsidSect="00237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7427" w14:textId="77777777" w:rsidR="00B0528A" w:rsidRDefault="00B0528A" w:rsidP="006F2F52">
      <w:r>
        <w:separator/>
      </w:r>
    </w:p>
  </w:endnote>
  <w:endnote w:type="continuationSeparator" w:id="0">
    <w:p w14:paraId="75EB1CB6" w14:textId="77777777" w:rsidR="00B0528A" w:rsidRDefault="00B0528A" w:rsidP="006F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6A7D" w14:textId="77777777" w:rsidR="00E46BC0" w:rsidRDefault="00E46B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C6F3" w14:textId="2017D4A5" w:rsidR="00B74682" w:rsidRDefault="00B74682" w:rsidP="006F2F52">
    <w:pPr>
      <w:pStyle w:val="Piedepgina"/>
    </w:pPr>
  </w:p>
  <w:p w14:paraId="5A6941B3" w14:textId="64B15F5E" w:rsidR="00B74682" w:rsidRDefault="00B86B24" w:rsidP="006F2F52">
    <w:pPr>
      <w:jc w:val="center"/>
      <w:rPr>
        <w:sz w:val="18"/>
        <w:szCs w:val="18"/>
      </w:rPr>
    </w:pPr>
    <w:r w:rsidRPr="006F2F52">
      <w:rPr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BA53AF9" wp14:editId="12C70310">
          <wp:simplePos x="0" y="0"/>
          <wp:positionH relativeFrom="column">
            <wp:posOffset>100965</wp:posOffset>
          </wp:positionH>
          <wp:positionV relativeFrom="paragraph">
            <wp:posOffset>175260</wp:posOffset>
          </wp:positionV>
          <wp:extent cx="419100" cy="448310"/>
          <wp:effectExtent l="0" t="0" r="0" b="0"/>
          <wp:wrapSquare wrapText="bothSides"/>
          <wp:docPr id="20844177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l="48452" r="-875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F52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97B69F8" wp14:editId="16DF6053">
          <wp:simplePos x="0" y="0"/>
          <wp:positionH relativeFrom="column">
            <wp:posOffset>-349885</wp:posOffset>
          </wp:positionH>
          <wp:positionV relativeFrom="paragraph">
            <wp:posOffset>175260</wp:posOffset>
          </wp:positionV>
          <wp:extent cx="393700" cy="448310"/>
          <wp:effectExtent l="0" t="0" r="0" b="0"/>
          <wp:wrapSquare wrapText="bothSides"/>
          <wp:docPr id="6727826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r="50754"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E9D" w:rsidRPr="006F2F52"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30514444" wp14:editId="04C48F0E">
          <wp:simplePos x="0" y="0"/>
          <wp:positionH relativeFrom="column">
            <wp:posOffset>552450</wp:posOffset>
          </wp:positionH>
          <wp:positionV relativeFrom="paragraph">
            <wp:posOffset>267173</wp:posOffset>
          </wp:positionV>
          <wp:extent cx="1025525" cy="332105"/>
          <wp:effectExtent l="0" t="0" r="3175" b="0"/>
          <wp:wrapSquare wrapText="bothSides"/>
          <wp:docPr id="181406055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60552" name="Imagen 18140605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25525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56A" w:rsidRPr="006F2F52">
      <w:rPr>
        <w:sz w:val="18"/>
        <w:szCs w:val="18"/>
      </w:rPr>
      <w:t>Sponsors</w:t>
    </w:r>
  </w:p>
  <w:p w14:paraId="27977F39" w14:textId="77777777" w:rsidR="00E46BC0" w:rsidRPr="006F2F52" w:rsidRDefault="00E46BC0" w:rsidP="006F2F52">
    <w:pPr>
      <w:jc w:val="center"/>
      <w:rPr>
        <w:sz w:val="18"/>
        <w:szCs w:val="18"/>
      </w:rPr>
    </w:pPr>
  </w:p>
  <w:p w14:paraId="130A5FC0" w14:textId="5A4F18C7" w:rsidR="00B74682" w:rsidRDefault="001C2E9D" w:rsidP="006F2F52">
    <w:r>
      <w:rPr>
        <w:noProof/>
      </w:rPr>
      <w:drawing>
        <wp:anchor distT="0" distB="0" distL="114300" distR="114300" simplePos="0" relativeHeight="251665408" behindDoc="0" locked="0" layoutInCell="1" allowOverlap="1" wp14:anchorId="1D47F7A1" wp14:editId="022E75D9">
          <wp:simplePos x="0" y="0"/>
          <wp:positionH relativeFrom="column">
            <wp:posOffset>5285740</wp:posOffset>
          </wp:positionH>
          <wp:positionV relativeFrom="paragraph">
            <wp:posOffset>6350</wp:posOffset>
          </wp:positionV>
          <wp:extent cx="890270" cy="298450"/>
          <wp:effectExtent l="0" t="0" r="0" b="6350"/>
          <wp:wrapSquare wrapText="bothSides"/>
          <wp:docPr id="53364399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643996" name="Imagen 533643996"/>
                  <pic:cNvPicPr/>
                </pic:nvPicPr>
                <pic:blipFill rotWithShape="1">
                  <a:blip r:embed="rId3"/>
                  <a:srcRect t="33948" b="32935"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298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D45AB65" wp14:editId="58DF78E7">
          <wp:simplePos x="0" y="0"/>
          <wp:positionH relativeFrom="column">
            <wp:posOffset>4077970</wp:posOffset>
          </wp:positionH>
          <wp:positionV relativeFrom="paragraph">
            <wp:posOffset>30480</wp:posOffset>
          </wp:positionV>
          <wp:extent cx="1097280" cy="273050"/>
          <wp:effectExtent l="0" t="0" r="0" b="6350"/>
          <wp:wrapSquare wrapText="bothSides"/>
          <wp:docPr id="12579342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34201" name="Imagen 12579342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9728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1FAC03" wp14:editId="3072683F">
          <wp:simplePos x="0" y="0"/>
          <wp:positionH relativeFrom="column">
            <wp:posOffset>2860040</wp:posOffset>
          </wp:positionH>
          <wp:positionV relativeFrom="paragraph">
            <wp:posOffset>6985</wp:posOffset>
          </wp:positionV>
          <wp:extent cx="1098550" cy="297815"/>
          <wp:effectExtent l="0" t="0" r="6350" b="0"/>
          <wp:wrapSquare wrapText="bothSides"/>
          <wp:docPr id="204022539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225396" name="Imagen 2040225396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98550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2E283D7" wp14:editId="2202FB80">
          <wp:simplePos x="0" y="0"/>
          <wp:positionH relativeFrom="column">
            <wp:posOffset>1670050</wp:posOffset>
          </wp:positionH>
          <wp:positionV relativeFrom="paragraph">
            <wp:posOffset>6985</wp:posOffset>
          </wp:positionV>
          <wp:extent cx="1082675" cy="298450"/>
          <wp:effectExtent l="0" t="0" r="0" b="6350"/>
          <wp:wrapSquare wrapText="bothSides"/>
          <wp:docPr id="47265494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54945" name="Imagen 472654945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826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34A341" w14:textId="77777777" w:rsidR="00237F0D" w:rsidRDefault="00237F0D" w:rsidP="006F2F52"/>
  <w:p w14:paraId="4E387A3F" w14:textId="77777777" w:rsidR="00E46BC0" w:rsidRDefault="00E46BC0" w:rsidP="006F2F52">
    <w:pPr>
      <w:jc w:val="center"/>
      <w:rPr>
        <w:sz w:val="18"/>
        <w:szCs w:val="18"/>
      </w:rPr>
    </w:pPr>
  </w:p>
  <w:p w14:paraId="1007F58F" w14:textId="79F885F8" w:rsidR="00B74682" w:rsidRPr="006F2F52" w:rsidRDefault="00000000" w:rsidP="006F2F52">
    <w:pPr>
      <w:jc w:val="center"/>
      <w:rPr>
        <w:sz w:val="18"/>
        <w:szCs w:val="18"/>
      </w:rPr>
    </w:pPr>
    <w:r w:rsidRPr="006F2F52">
      <w:rPr>
        <w:sz w:val="18"/>
        <w:szCs w:val="18"/>
      </w:rPr>
      <w:t xml:space="preserve">www.isecs-zaragoza2027.net  ·  </w:t>
    </w:r>
    <w:r w:rsidR="006F2F52">
      <w:rPr>
        <w:sz w:val="18"/>
        <w:szCs w:val="18"/>
      </w:rPr>
      <w:t>D</w:t>
    </w:r>
    <w:r w:rsidR="006F2F52" w:rsidRPr="006F2F52">
      <w:rPr>
        <w:sz w:val="18"/>
        <w:szCs w:val="18"/>
      </w:rPr>
      <w:t>ocument d'entreprise</w:t>
    </w:r>
    <w:r w:rsidRPr="006F2F52">
      <w:rPr>
        <w:sz w:val="18"/>
        <w:szCs w:val="18"/>
      </w:rPr>
      <w:t xml:space="preserve"> ISECS Zaragoza 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4335" w14:textId="77777777" w:rsidR="00E46BC0" w:rsidRDefault="00E46B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A864" w14:textId="77777777" w:rsidR="00B0528A" w:rsidRDefault="00B0528A" w:rsidP="006F2F52">
      <w:r>
        <w:separator/>
      </w:r>
    </w:p>
  </w:footnote>
  <w:footnote w:type="continuationSeparator" w:id="0">
    <w:p w14:paraId="4F20CD4D" w14:textId="77777777" w:rsidR="00B0528A" w:rsidRDefault="00B0528A" w:rsidP="006F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3B3C1" w14:textId="77777777" w:rsidR="00E46BC0" w:rsidRDefault="00E46B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A1FE" w14:textId="77777777" w:rsidR="00B74682" w:rsidRDefault="00B74682" w:rsidP="006F2F52">
    <w:pPr>
      <w:pStyle w:val="Encabezado"/>
    </w:pPr>
  </w:p>
  <w:tbl>
    <w:tblPr>
      <w:tblW w:w="9638" w:type="dxa"/>
      <w:jc w:val="center"/>
      <w:tblLayout w:type="fixed"/>
      <w:tblLook w:val="04A0" w:firstRow="1" w:lastRow="0" w:firstColumn="1" w:lastColumn="0" w:noHBand="0" w:noVBand="1"/>
    </w:tblPr>
    <w:tblGrid>
      <w:gridCol w:w="2668"/>
      <w:gridCol w:w="6970"/>
    </w:tblGrid>
    <w:tr w:rsidR="00B74682" w14:paraId="58E87799" w14:textId="77777777" w:rsidTr="006F2F52">
      <w:trPr>
        <w:jc w:val="center"/>
      </w:trPr>
      <w:tc>
        <w:tcPr>
          <w:tcW w:w="26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32902C" w14:textId="5F526997" w:rsidR="00B74682" w:rsidRPr="00ED3525" w:rsidRDefault="00237F0D" w:rsidP="006F2F52">
          <w:r w:rsidRPr="00ED3525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87CCDD" wp14:editId="439DA4EA">
                <wp:simplePos x="0" y="0"/>
                <wp:positionH relativeFrom="column">
                  <wp:posOffset>657860</wp:posOffset>
                </wp:positionH>
                <wp:positionV relativeFrom="paragraph">
                  <wp:posOffset>-1905</wp:posOffset>
                </wp:positionV>
                <wp:extent cx="990600" cy="651510"/>
                <wp:effectExtent l="0" t="0" r="0" b="0"/>
                <wp:wrapSquare wrapText="bothSides"/>
                <wp:docPr id="11548956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489563" name="Imagen 1154895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D3525">
            <w:rPr>
              <w:noProof/>
            </w:rPr>
            <w:drawing>
              <wp:inline distT="0" distB="0" distL="0" distR="0" wp14:anchorId="59A896AF" wp14:editId="60446ED9">
                <wp:extent cx="648000" cy="648000"/>
                <wp:effectExtent l="0" t="0" r="0" b="0"/>
                <wp:docPr id="195093962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ngres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D1CE6A" w14:textId="70E4B0A6" w:rsidR="00B74682" w:rsidRPr="006F2F52" w:rsidRDefault="006F2F52" w:rsidP="006F2F52">
          <w:pPr>
            <w:jc w:val="right"/>
            <w:rPr>
              <w:sz w:val="20"/>
              <w:szCs w:val="20"/>
            </w:rPr>
          </w:pPr>
          <w:r w:rsidRPr="006F2F52">
            <w:rPr>
              <w:b/>
              <w:bCs/>
              <w:color w:val="632423" w:themeColor="accent2" w:themeShade="80"/>
              <w:sz w:val="20"/>
              <w:szCs w:val="20"/>
            </w:rPr>
            <w:t>17</w:t>
          </w:r>
          <w:r w:rsidRPr="006F2F52">
            <w:rPr>
              <w:b/>
              <w:bCs/>
              <w:color w:val="632423" w:themeColor="accent2" w:themeShade="80"/>
              <w:sz w:val="20"/>
              <w:szCs w:val="20"/>
              <w:vertAlign w:val="superscript"/>
            </w:rPr>
            <w:t>e</w:t>
          </w:r>
          <w:r w:rsidRPr="006F2F52">
            <w:rPr>
              <w:b/>
              <w:bCs/>
              <w:color w:val="632423" w:themeColor="accent2" w:themeShade="80"/>
              <w:sz w:val="20"/>
              <w:szCs w:val="20"/>
            </w:rPr>
            <w:t xml:space="preserve"> Congrès de la Société Internationale d’Études du Dix-Huitième Siècle</w:t>
          </w:r>
          <w:r w:rsidR="00237F0D" w:rsidRPr="006F2F52">
            <w:rPr>
              <w:color w:val="7A1E2C"/>
              <w:sz w:val="20"/>
              <w:szCs w:val="20"/>
            </w:rPr>
            <w:br/>
          </w:r>
          <w:r w:rsidR="00237F0D" w:rsidRPr="006F2F52">
            <w:rPr>
              <w:color w:val="595959"/>
              <w:sz w:val="20"/>
              <w:szCs w:val="20"/>
            </w:rPr>
            <w:t xml:space="preserve">Zaragoza, 12-16 </w:t>
          </w:r>
          <w:r>
            <w:rPr>
              <w:color w:val="595959"/>
              <w:sz w:val="20"/>
              <w:szCs w:val="20"/>
            </w:rPr>
            <w:t>julliet</w:t>
          </w:r>
          <w:r w:rsidR="00237F0D" w:rsidRPr="006F2F52">
            <w:rPr>
              <w:color w:val="595959"/>
              <w:sz w:val="20"/>
              <w:szCs w:val="20"/>
            </w:rPr>
            <w:t xml:space="preserve"> 2027</w:t>
          </w:r>
        </w:p>
      </w:tc>
    </w:tr>
  </w:tbl>
  <w:p w14:paraId="6941002C" w14:textId="77777777" w:rsidR="00B74682" w:rsidRDefault="00B74682" w:rsidP="006F2F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34CF" w14:textId="77777777" w:rsidR="00E46BC0" w:rsidRDefault="00E46B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F656F0"/>
    <w:multiLevelType w:val="multilevel"/>
    <w:tmpl w:val="F412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82C37"/>
    <w:multiLevelType w:val="multilevel"/>
    <w:tmpl w:val="D726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D53C6"/>
    <w:multiLevelType w:val="multilevel"/>
    <w:tmpl w:val="4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F51DC"/>
    <w:multiLevelType w:val="multilevel"/>
    <w:tmpl w:val="51B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23892">
    <w:abstractNumId w:val="8"/>
  </w:num>
  <w:num w:numId="2" w16cid:durableId="1101802994">
    <w:abstractNumId w:val="6"/>
  </w:num>
  <w:num w:numId="3" w16cid:durableId="867445536">
    <w:abstractNumId w:val="5"/>
  </w:num>
  <w:num w:numId="4" w16cid:durableId="1906408420">
    <w:abstractNumId w:val="4"/>
  </w:num>
  <w:num w:numId="5" w16cid:durableId="1283462476">
    <w:abstractNumId w:val="7"/>
  </w:num>
  <w:num w:numId="6" w16cid:durableId="1013727640">
    <w:abstractNumId w:val="3"/>
  </w:num>
  <w:num w:numId="7" w16cid:durableId="1716539018">
    <w:abstractNumId w:val="2"/>
  </w:num>
  <w:num w:numId="8" w16cid:durableId="931355121">
    <w:abstractNumId w:val="1"/>
  </w:num>
  <w:num w:numId="9" w16cid:durableId="424881433">
    <w:abstractNumId w:val="0"/>
  </w:num>
  <w:num w:numId="10" w16cid:durableId="978650348">
    <w:abstractNumId w:val="12"/>
  </w:num>
  <w:num w:numId="11" w16cid:durableId="1442186474">
    <w:abstractNumId w:val="9"/>
  </w:num>
  <w:num w:numId="12" w16cid:durableId="254443276">
    <w:abstractNumId w:val="10"/>
  </w:num>
  <w:num w:numId="13" w16cid:durableId="153452162">
    <w:abstractNumId w:val="11"/>
  </w:num>
  <w:num w:numId="14" w16cid:durableId="597638790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544220179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08D"/>
    <w:rsid w:val="0015074B"/>
    <w:rsid w:val="001C2E9D"/>
    <w:rsid w:val="00237F0D"/>
    <w:rsid w:val="0029639D"/>
    <w:rsid w:val="00326F90"/>
    <w:rsid w:val="005B5CAA"/>
    <w:rsid w:val="006605C1"/>
    <w:rsid w:val="006B756A"/>
    <w:rsid w:val="006F2F52"/>
    <w:rsid w:val="007666B0"/>
    <w:rsid w:val="00AA1D8D"/>
    <w:rsid w:val="00B0528A"/>
    <w:rsid w:val="00B20616"/>
    <w:rsid w:val="00B47730"/>
    <w:rsid w:val="00B74682"/>
    <w:rsid w:val="00B86B24"/>
    <w:rsid w:val="00C51752"/>
    <w:rsid w:val="00CB0664"/>
    <w:rsid w:val="00D32B55"/>
    <w:rsid w:val="00E46904"/>
    <w:rsid w:val="00E46BC0"/>
    <w:rsid w:val="00E91265"/>
    <w:rsid w:val="00ED35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F70E4"/>
  <w14:defaultImageDpi w14:val="300"/>
  <w15:docId w15:val="{D7996873-48C8-DC48-AEE8-5C620D8D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F52"/>
    <w:pPr>
      <w:spacing w:after="0"/>
      <w:jc w:val="both"/>
    </w:pPr>
    <w:rPr>
      <w:rFonts w:ascii="Lato" w:eastAsia="Times New Roman" w:hAnsi="Lato" w:cs="Times New Roman"/>
      <w:color w:val="000000"/>
      <w:sz w:val="24"/>
      <w:szCs w:val="24"/>
      <w:lang w:val="es-ES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F2F52"/>
    <w:pPr>
      <w:keepNext/>
      <w:keepLines/>
      <w:spacing w:before="480"/>
      <w:outlineLvl w:val="0"/>
    </w:pPr>
    <w:rPr>
      <w:rFonts w:eastAsiaTheme="majorEastAsia" w:cstheme="majorBidi"/>
      <w:b/>
      <w:bCs/>
      <w:color w:val="7A1E2C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A1E2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A1E2C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237F0D"/>
    <w:pPr>
      <w:spacing w:after="0" w:line="360" w:lineRule="auto"/>
    </w:pPr>
    <w:rPr>
      <w:rFonts w:ascii="Lato" w:hAnsi="Lato" w:cs="Arial"/>
      <w:b/>
      <w:bCs/>
      <w:i/>
      <w:iCs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6F2F52"/>
    <w:rPr>
      <w:rFonts w:ascii="Lato" w:eastAsiaTheme="majorEastAsia" w:hAnsi="Lato" w:cstheme="majorBidi"/>
      <w:b/>
      <w:bCs/>
      <w:color w:val="7A1E2C"/>
      <w:sz w:val="28"/>
      <w:szCs w:val="28"/>
      <w:lang w:val="es-ES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C51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51752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styleId="NormalWeb">
    <w:name w:val="Normal (Web)"/>
    <w:basedOn w:val="Normal"/>
    <w:uiPriority w:val="99"/>
    <w:semiHidden/>
    <w:unhideWhenUsed/>
    <w:rsid w:val="006F2F52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ipervnculo">
    <w:name w:val="Hyperlink"/>
    <w:basedOn w:val="Fuentedeprrafopredeter"/>
    <w:uiPriority w:val="99"/>
    <w:semiHidden/>
    <w:unhideWhenUsed/>
    <w:rsid w:val="00E469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ecsbursaries@isecs-zaragoza2027.ne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secsbursaries@isecs-zaragoza2027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xe.com/fr/currencyconverter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706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Jesus Gamez Carazo</cp:lastModifiedBy>
  <cp:revision>11</cp:revision>
  <dcterms:created xsi:type="dcterms:W3CDTF">2013-12-23T23:15:00Z</dcterms:created>
  <dcterms:modified xsi:type="dcterms:W3CDTF">2026-05-31T21:25:00Z</dcterms:modified>
  <cp:category/>
</cp:coreProperties>
</file>